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25C" w:rsidRDefault="00506BB1" w:rsidP="00647476">
      <w:pPr>
        <w:autoSpaceDE w:val="0"/>
        <w:autoSpaceDN w:val="0"/>
        <w:spacing w:after="0" w:line="360" w:lineRule="auto"/>
      </w:pPr>
      <w:bookmarkStart w:id="0" w:name="_GoBack"/>
      <w:r>
        <w:rPr>
          <w:noProof/>
        </w:rPr>
        <w:drawing>
          <wp:anchor distT="0" distB="0" distL="114300" distR="114300" simplePos="0" relativeHeight="251659264" behindDoc="0" locked="0" layoutInCell="1" allowOverlap="0" wp14:anchorId="3CCAFB29" wp14:editId="52122B69">
            <wp:simplePos x="0" y="0"/>
            <wp:positionH relativeFrom="page">
              <wp:posOffset>344805</wp:posOffset>
            </wp:positionH>
            <wp:positionV relativeFrom="page">
              <wp:posOffset>419735</wp:posOffset>
            </wp:positionV>
            <wp:extent cx="7038975" cy="9842500"/>
            <wp:effectExtent l="0" t="0" r="9525" b="6350"/>
            <wp:wrapTopAndBottom/>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rotWithShape="1">
                    <a:blip r:embed="rId6"/>
                    <a:srcRect l="1335" t="386"/>
                    <a:stretch/>
                  </pic:blipFill>
                  <pic:spPr bwMode="auto">
                    <a:xfrm>
                      <a:off x="0" y="0"/>
                      <a:ext cx="7038975" cy="984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1B0EE6" w:rsidRDefault="001B0EE6" w:rsidP="001B0EE6">
      <w:pPr>
        <w:spacing w:after="0" w:line="408" w:lineRule="auto"/>
        <w:ind w:left="120"/>
        <w:jc w:val="center"/>
        <w:rPr>
          <w:lang w:val="ru-RU"/>
        </w:rPr>
      </w:pPr>
      <w:r>
        <w:rPr>
          <w:rFonts w:ascii="Times New Roman" w:hAnsi="Times New Roman"/>
          <w:b/>
          <w:color w:val="000000"/>
          <w:sz w:val="28"/>
          <w:lang w:val="ru-RU"/>
        </w:rPr>
        <w:lastRenderedPageBreak/>
        <w:t>МИНИСТЕРСТВО ПРОСВЕЩЕНИЯ РОССИЙСКОЙ ФЕДЕРАЦИИ</w:t>
      </w:r>
    </w:p>
    <w:p w:rsidR="001B0EE6" w:rsidRDefault="001B0EE6" w:rsidP="001B0EE6">
      <w:pPr>
        <w:spacing w:after="0" w:line="408" w:lineRule="auto"/>
        <w:ind w:left="120"/>
        <w:jc w:val="center"/>
        <w:rPr>
          <w:lang w:val="ru-RU"/>
        </w:rPr>
      </w:pPr>
      <w:bookmarkStart w:id="1" w:name="ca7504fb-a4f4-48c8-ab7c-756ffe56e67b"/>
      <w:r>
        <w:rPr>
          <w:rFonts w:ascii="Times New Roman" w:hAnsi="Times New Roman"/>
          <w:b/>
          <w:color w:val="000000"/>
          <w:sz w:val="28"/>
          <w:lang w:val="ru-RU"/>
        </w:rPr>
        <w:t>Министерство образования и науки Удмуртской Республики</w:t>
      </w:r>
      <w:bookmarkEnd w:id="1"/>
      <w:r>
        <w:rPr>
          <w:rFonts w:ascii="Times New Roman" w:hAnsi="Times New Roman"/>
          <w:b/>
          <w:color w:val="000000"/>
          <w:sz w:val="28"/>
          <w:lang w:val="ru-RU"/>
        </w:rPr>
        <w:t xml:space="preserve"> </w:t>
      </w:r>
    </w:p>
    <w:p w:rsidR="001B0EE6" w:rsidRDefault="001B0EE6" w:rsidP="001B0EE6">
      <w:pPr>
        <w:spacing w:after="0" w:line="408" w:lineRule="auto"/>
        <w:ind w:left="120"/>
        <w:jc w:val="center"/>
        <w:rPr>
          <w:lang w:val="ru-RU"/>
        </w:rPr>
      </w:pPr>
      <w:r>
        <w:rPr>
          <w:rFonts w:ascii="Times New Roman" w:hAnsi="Times New Roman"/>
          <w:b/>
          <w:color w:val="000000"/>
          <w:sz w:val="28"/>
          <w:lang w:val="ru-RU"/>
        </w:rPr>
        <w:t>Управление образования Администрации муниципального образования</w:t>
      </w:r>
      <w:r>
        <w:rPr>
          <w:sz w:val="28"/>
          <w:lang w:val="ru-RU"/>
        </w:rPr>
        <w:br/>
      </w:r>
      <w:r>
        <w:rPr>
          <w:rFonts w:ascii="Times New Roman" w:hAnsi="Times New Roman"/>
          <w:b/>
          <w:color w:val="000000"/>
          <w:sz w:val="28"/>
          <w:lang w:val="ru-RU"/>
        </w:rPr>
        <w:t xml:space="preserve"> "Муниципальный округ Малопургинский район"</w:t>
      </w:r>
      <w:bookmarkStart w:id="2" w:name="5858e69b-b955-4d5b-94a8-f3a644af01d4"/>
      <w:bookmarkEnd w:id="2"/>
    </w:p>
    <w:p w:rsidR="001B0EE6" w:rsidRDefault="001B0EE6" w:rsidP="001B0EE6">
      <w:pPr>
        <w:spacing w:after="0" w:line="408" w:lineRule="auto"/>
        <w:ind w:left="120"/>
        <w:jc w:val="center"/>
      </w:pPr>
      <w:r>
        <w:rPr>
          <w:rFonts w:ascii="Times New Roman" w:hAnsi="Times New Roman"/>
          <w:b/>
          <w:color w:val="000000"/>
          <w:sz w:val="28"/>
        </w:rPr>
        <w:t>МОУ СОШ с. Яган-Докья</w:t>
      </w:r>
    </w:p>
    <w:p w:rsidR="001B0EE6" w:rsidRDefault="001B0EE6" w:rsidP="001B0EE6">
      <w:pPr>
        <w:spacing w:after="0"/>
        <w:ind w:left="120"/>
      </w:pPr>
    </w:p>
    <w:p w:rsidR="001B0EE6" w:rsidRDefault="001B0EE6" w:rsidP="001B0EE6">
      <w:pPr>
        <w:spacing w:after="0"/>
        <w:ind w:left="120"/>
      </w:pPr>
    </w:p>
    <w:p w:rsidR="001B0EE6" w:rsidRDefault="001B0EE6" w:rsidP="001B0EE6">
      <w:pPr>
        <w:spacing w:after="0"/>
        <w:ind w:left="120"/>
      </w:pPr>
    </w:p>
    <w:p w:rsidR="001B0EE6" w:rsidRDefault="001B0EE6" w:rsidP="001B0EE6">
      <w:pPr>
        <w:spacing w:after="0"/>
        <w:ind w:left="120"/>
      </w:pPr>
    </w:p>
    <w:tbl>
      <w:tblPr>
        <w:tblW w:w="0" w:type="auto"/>
        <w:tblLook w:val="04A0" w:firstRow="1" w:lastRow="0" w:firstColumn="1" w:lastColumn="0" w:noHBand="0" w:noVBand="1"/>
      </w:tblPr>
      <w:tblGrid>
        <w:gridCol w:w="3114"/>
        <w:gridCol w:w="3115"/>
        <w:gridCol w:w="3115"/>
      </w:tblGrid>
      <w:tr w:rsidR="001B0EE6" w:rsidTr="001B0EE6">
        <w:tc>
          <w:tcPr>
            <w:tcW w:w="3114" w:type="dxa"/>
          </w:tcPr>
          <w:p w:rsidR="001B0EE6" w:rsidRDefault="001B0EE6">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РАССМОТРЕНО</w:t>
            </w:r>
          </w:p>
          <w:p w:rsidR="001B0EE6" w:rsidRDefault="001B0EE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ШМО</w:t>
            </w:r>
          </w:p>
          <w:p w:rsidR="001B0EE6" w:rsidRDefault="001B0EE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1B0EE6" w:rsidRDefault="001B0EE6">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Сенникова С.Л.</w:t>
            </w:r>
          </w:p>
          <w:p w:rsidR="001B0EE6" w:rsidRDefault="001B0EE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[Номер приказа] от «30» 08</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ru-RU"/>
              </w:rPr>
              <w:t>2023 г.</w:t>
            </w:r>
          </w:p>
          <w:p w:rsidR="001B0EE6" w:rsidRDefault="001B0EE6">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1B0EE6" w:rsidRDefault="001B0EE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1B0EE6" w:rsidRDefault="001B0EE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 директора по УВР</w:t>
            </w:r>
          </w:p>
          <w:p w:rsidR="001B0EE6" w:rsidRDefault="001B0EE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1B0EE6" w:rsidRDefault="001B0EE6">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Ивашкина Е.Я</w:t>
            </w:r>
          </w:p>
          <w:p w:rsidR="001B0EE6" w:rsidRDefault="001B0EE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[Номер приказа] от «30» 08   2023 г.</w:t>
            </w:r>
          </w:p>
          <w:p w:rsidR="001B0EE6" w:rsidRDefault="001B0EE6">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1B0EE6" w:rsidRDefault="001B0EE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1B0EE6" w:rsidRDefault="001B0EE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 школы</w:t>
            </w:r>
          </w:p>
          <w:p w:rsidR="001B0EE6" w:rsidRDefault="001B0EE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1B0EE6" w:rsidRDefault="001B0EE6">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Ведерникова М.М.</w:t>
            </w:r>
          </w:p>
          <w:p w:rsidR="001B0EE6" w:rsidRDefault="001B0EE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[Номер приказа] от «31» 08   2023 г.</w:t>
            </w:r>
          </w:p>
          <w:p w:rsidR="001B0EE6" w:rsidRDefault="001B0EE6">
            <w:pPr>
              <w:autoSpaceDE w:val="0"/>
              <w:autoSpaceDN w:val="0"/>
              <w:spacing w:after="120" w:line="240" w:lineRule="auto"/>
              <w:jc w:val="both"/>
              <w:rPr>
                <w:rFonts w:ascii="Times New Roman" w:eastAsia="Times New Roman" w:hAnsi="Times New Roman"/>
                <w:color w:val="000000"/>
                <w:sz w:val="24"/>
                <w:szCs w:val="24"/>
                <w:lang w:val="ru-RU"/>
              </w:rPr>
            </w:pPr>
          </w:p>
        </w:tc>
      </w:tr>
    </w:tbl>
    <w:p w:rsidR="001B0EE6" w:rsidRDefault="001B0EE6" w:rsidP="001B0EE6">
      <w:pPr>
        <w:spacing w:after="0"/>
        <w:ind w:left="120"/>
        <w:rPr>
          <w:rFonts w:eastAsiaTheme="minorHAnsi"/>
        </w:rPr>
      </w:pPr>
    </w:p>
    <w:p w:rsidR="001B0EE6" w:rsidRDefault="001B0EE6" w:rsidP="001B0EE6">
      <w:pPr>
        <w:spacing w:after="0"/>
        <w:ind w:left="120"/>
      </w:pPr>
    </w:p>
    <w:p w:rsidR="001B0EE6" w:rsidRDefault="001B0EE6" w:rsidP="001B0EE6">
      <w:pPr>
        <w:spacing w:after="0"/>
        <w:ind w:left="120"/>
      </w:pPr>
    </w:p>
    <w:p w:rsidR="001B0EE6" w:rsidRDefault="001B0EE6" w:rsidP="001B0EE6">
      <w:pPr>
        <w:spacing w:after="0"/>
        <w:ind w:left="120"/>
      </w:pPr>
    </w:p>
    <w:p w:rsidR="001B0EE6" w:rsidRDefault="001B0EE6" w:rsidP="001B0EE6">
      <w:pPr>
        <w:spacing w:after="0"/>
        <w:ind w:left="120"/>
      </w:pPr>
    </w:p>
    <w:p w:rsidR="001B0EE6" w:rsidRPr="001B0EE6" w:rsidRDefault="001B0EE6" w:rsidP="001B0EE6">
      <w:pPr>
        <w:spacing w:after="0" w:line="408" w:lineRule="auto"/>
        <w:ind w:left="120"/>
        <w:jc w:val="center"/>
        <w:rPr>
          <w:lang w:val="ru-RU"/>
        </w:rPr>
      </w:pPr>
      <w:r w:rsidRPr="001B0EE6">
        <w:rPr>
          <w:rFonts w:ascii="Times New Roman" w:hAnsi="Times New Roman"/>
          <w:b/>
          <w:color w:val="000000"/>
          <w:sz w:val="28"/>
          <w:lang w:val="ru-RU"/>
        </w:rPr>
        <w:t>РАБОЧАЯ ПРОГРАММА</w:t>
      </w:r>
    </w:p>
    <w:p w:rsidR="001B0EE6" w:rsidRPr="001B0EE6" w:rsidRDefault="001B0EE6" w:rsidP="001B0EE6">
      <w:pPr>
        <w:spacing w:after="0" w:line="408" w:lineRule="auto"/>
        <w:ind w:left="120"/>
        <w:jc w:val="center"/>
        <w:rPr>
          <w:lang w:val="ru-RU"/>
        </w:rPr>
      </w:pPr>
      <w:r w:rsidRPr="001B0EE6">
        <w:rPr>
          <w:rFonts w:ascii="Times New Roman" w:hAnsi="Times New Roman"/>
          <w:color w:val="000000"/>
          <w:sz w:val="28"/>
          <w:lang w:val="ru-RU"/>
        </w:rPr>
        <w:t>(</w:t>
      </w:r>
      <w:r>
        <w:rPr>
          <w:rFonts w:ascii="Times New Roman" w:hAnsi="Times New Roman"/>
          <w:color w:val="000000"/>
          <w:sz w:val="28"/>
        </w:rPr>
        <w:t>ID</w:t>
      </w:r>
      <w:r w:rsidRPr="001B0EE6">
        <w:rPr>
          <w:rFonts w:ascii="Times New Roman" w:hAnsi="Times New Roman"/>
          <w:color w:val="000000"/>
          <w:sz w:val="28"/>
          <w:lang w:val="ru-RU"/>
        </w:rPr>
        <w:t xml:space="preserve"> 332009)</w:t>
      </w:r>
    </w:p>
    <w:p w:rsidR="001B0EE6" w:rsidRPr="001B0EE6" w:rsidRDefault="001B0EE6" w:rsidP="001B0EE6">
      <w:pPr>
        <w:spacing w:after="0"/>
        <w:ind w:left="120"/>
        <w:jc w:val="center"/>
        <w:rPr>
          <w:lang w:val="ru-RU"/>
        </w:rPr>
      </w:pPr>
    </w:p>
    <w:p w:rsidR="001B0EE6" w:rsidRPr="001B0EE6" w:rsidRDefault="001B0EE6" w:rsidP="001B0EE6">
      <w:pPr>
        <w:spacing w:after="0" w:line="408" w:lineRule="auto"/>
        <w:ind w:left="120"/>
        <w:jc w:val="center"/>
        <w:rPr>
          <w:sz w:val="28"/>
          <w:szCs w:val="28"/>
          <w:lang w:val="ru-RU"/>
        </w:rPr>
      </w:pPr>
      <w:r w:rsidRPr="001B0EE6">
        <w:rPr>
          <w:rFonts w:ascii="Times New Roman" w:hAnsi="Times New Roman"/>
          <w:b/>
          <w:color w:val="000000"/>
          <w:sz w:val="28"/>
          <w:szCs w:val="28"/>
          <w:lang w:val="ru-RU"/>
        </w:rPr>
        <w:t>учебного предмета «</w:t>
      </w:r>
      <w:r w:rsidRPr="001B0EE6">
        <w:rPr>
          <w:rFonts w:ascii="Times New Roman" w:eastAsia="Times New Roman" w:hAnsi="Times New Roman"/>
          <w:color w:val="000000"/>
          <w:sz w:val="28"/>
          <w:szCs w:val="28"/>
          <w:lang w:val="ru-RU"/>
        </w:rPr>
        <w:t>Основы духовно-нравственной культуры народов России</w:t>
      </w:r>
      <w:r w:rsidRPr="001B0EE6">
        <w:rPr>
          <w:rFonts w:ascii="Times New Roman" w:hAnsi="Times New Roman"/>
          <w:b/>
          <w:color w:val="000000"/>
          <w:sz w:val="28"/>
          <w:szCs w:val="28"/>
          <w:lang w:val="ru-RU"/>
        </w:rPr>
        <w:t>»</w:t>
      </w:r>
    </w:p>
    <w:p w:rsidR="001B0EE6" w:rsidRPr="001B0EE6" w:rsidRDefault="001B0EE6" w:rsidP="001B0EE6">
      <w:pPr>
        <w:spacing w:after="0" w:line="408" w:lineRule="auto"/>
        <w:ind w:left="120"/>
        <w:jc w:val="center"/>
        <w:rPr>
          <w:lang w:val="ru-RU"/>
        </w:rPr>
      </w:pPr>
      <w:r>
        <w:rPr>
          <w:rFonts w:ascii="Times New Roman" w:hAnsi="Times New Roman"/>
          <w:color w:val="000000"/>
          <w:sz w:val="28"/>
          <w:lang w:val="ru-RU"/>
        </w:rPr>
        <w:t>для обучающихся 5-6</w:t>
      </w:r>
      <w:r w:rsidRPr="001B0EE6">
        <w:rPr>
          <w:rFonts w:ascii="Times New Roman" w:hAnsi="Times New Roman"/>
          <w:color w:val="000000"/>
          <w:sz w:val="28"/>
          <w:lang w:val="ru-RU"/>
        </w:rPr>
        <w:t xml:space="preserve"> классов </w:t>
      </w: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p>
    <w:p w:rsidR="001B0EE6" w:rsidRPr="001B0EE6" w:rsidRDefault="001B0EE6" w:rsidP="001B0EE6">
      <w:pPr>
        <w:spacing w:after="0"/>
        <w:ind w:left="120"/>
        <w:jc w:val="center"/>
        <w:rPr>
          <w:lang w:val="ru-RU"/>
        </w:rPr>
      </w:pPr>
      <w:bookmarkStart w:id="3" w:name="f4f51048-cb84-4c82-af6a-284ffbd4033b"/>
      <w:r w:rsidRPr="001B0EE6">
        <w:rPr>
          <w:rFonts w:ascii="Times New Roman" w:hAnsi="Times New Roman"/>
          <w:b/>
          <w:color w:val="000000"/>
          <w:sz w:val="28"/>
          <w:lang w:val="ru-RU"/>
        </w:rPr>
        <w:t xml:space="preserve">с.Яган-Докья, </w:t>
      </w:r>
      <w:bookmarkStart w:id="4" w:name="0607e6f3-e82e-49a9-b315-c957a5fafe42"/>
      <w:bookmarkEnd w:id="3"/>
      <w:r w:rsidRPr="001B0EE6">
        <w:rPr>
          <w:rFonts w:ascii="Times New Roman" w:hAnsi="Times New Roman"/>
          <w:b/>
          <w:color w:val="000000"/>
          <w:sz w:val="28"/>
          <w:lang w:val="ru-RU"/>
        </w:rPr>
        <w:t>2023</w:t>
      </w:r>
      <w:bookmarkEnd w:id="4"/>
    </w:p>
    <w:p w:rsidR="00A51D76" w:rsidRDefault="00A51D76" w:rsidP="00A51D76">
      <w:pPr>
        <w:autoSpaceDE w:val="0"/>
        <w:autoSpaceDN w:val="0"/>
        <w:spacing w:after="0" w:line="360" w:lineRule="auto"/>
        <w:ind w:left="1494"/>
        <w:rPr>
          <w:rFonts w:ascii="Times New Roman" w:eastAsia="Times New Roman" w:hAnsi="Times New Roman"/>
          <w:b/>
          <w:color w:val="000000"/>
          <w:sz w:val="24"/>
          <w:lang w:val="ru-RU"/>
        </w:rPr>
      </w:pPr>
    </w:p>
    <w:p w:rsidR="00171008" w:rsidRPr="00730372" w:rsidRDefault="00171008" w:rsidP="00171008">
      <w:pPr>
        <w:pStyle w:val="aff2"/>
        <w:shd w:val="clear" w:color="auto" w:fill="FFFFFF"/>
        <w:spacing w:before="0" w:beforeAutospacing="0" w:after="150" w:afterAutospacing="0"/>
        <w:jc w:val="center"/>
      </w:pPr>
    </w:p>
    <w:p w:rsidR="00171008" w:rsidRPr="00730372" w:rsidRDefault="001B0EE6" w:rsidP="00171008">
      <w:pPr>
        <w:pStyle w:val="aff2"/>
        <w:shd w:val="clear" w:color="auto" w:fill="FFFFFF"/>
        <w:spacing w:before="0" w:beforeAutospacing="0" w:after="150" w:afterAutospacing="0"/>
        <w:jc w:val="center"/>
      </w:pPr>
      <w:r>
        <w:t>Пояснительная записка</w:t>
      </w:r>
    </w:p>
    <w:p w:rsidR="00A51D76" w:rsidRPr="002F5A59" w:rsidRDefault="00A51D76" w:rsidP="00A51D76">
      <w:pPr>
        <w:tabs>
          <w:tab w:val="left" w:pos="180"/>
        </w:tabs>
        <w:autoSpaceDE w:val="0"/>
        <w:autoSpaceDN w:val="0"/>
        <w:spacing w:after="0" w:line="240" w:lineRule="auto"/>
        <w:ind w:right="-48"/>
        <w:rPr>
          <w:rFonts w:ascii="Times New Roman" w:hAnsi="Times New Roman" w:cs="Times New Roman"/>
          <w:sz w:val="24"/>
          <w:szCs w:val="24"/>
          <w:lang w:val="ru-RU"/>
        </w:rPr>
      </w:pPr>
      <w:r w:rsidRPr="002F5A59">
        <w:rPr>
          <w:rFonts w:ascii="Times New Roman" w:hAnsi="Times New Roman" w:cs="Times New Roman"/>
          <w:sz w:val="24"/>
          <w:szCs w:val="24"/>
          <w:lang w:val="ru-RU"/>
        </w:rPr>
        <w:lastRenderedPageBreak/>
        <w:tab/>
      </w:r>
      <w:r w:rsidRPr="002F5A59">
        <w:rPr>
          <w:rFonts w:ascii="Times New Roman" w:eastAsia="Times New Roman" w:hAnsi="Times New Roman" w:cs="Times New Roman"/>
          <w:color w:val="000000"/>
          <w:sz w:val="24"/>
          <w:szCs w:val="24"/>
          <w:lang w:val="ru-RU"/>
        </w:rPr>
        <w:t>Программа по предметной области «Основы духовно-нравственной культуры народов России»</w:t>
      </w:r>
      <w:r>
        <w:rPr>
          <w:rFonts w:ascii="Times New Roman" w:eastAsia="Times New Roman" w:hAnsi="Times New Roman" w:cs="Times New Roman"/>
          <w:color w:val="000000"/>
          <w:sz w:val="24"/>
          <w:szCs w:val="24"/>
          <w:lang w:val="ru-RU"/>
        </w:rPr>
        <w:t xml:space="preserve"> </w:t>
      </w:r>
      <w:r w:rsidRPr="002F5A59">
        <w:rPr>
          <w:rFonts w:ascii="Times New Roman" w:eastAsia="Times New Roman" w:hAnsi="Times New Roman" w:cs="Times New Roman"/>
          <w:color w:val="000000"/>
          <w:sz w:val="24"/>
          <w:szCs w:val="24"/>
          <w:lang w:val="ru-RU"/>
        </w:rPr>
        <w:t xml:space="preserve">(далее  — ОДНКНР) для 5 классов образовательных организаций составлена в соответствии с: </w:t>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требованиями к результатам освоения программы основного общего образования (личностным, метапредметным, предметным);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основными подходами к развитию и формированию универсальных учебных действий (УУД) для основного общего образования.</w:t>
      </w:r>
    </w:p>
    <w:p w:rsidR="00A51D76" w:rsidRPr="002F5A59" w:rsidRDefault="00A51D76" w:rsidP="00A51D76">
      <w:pPr>
        <w:autoSpaceDE w:val="0"/>
        <w:autoSpaceDN w:val="0"/>
        <w:spacing w:after="0" w:line="240" w:lineRule="auto"/>
        <w:ind w:right="144"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A51D76" w:rsidRPr="002F5A59" w:rsidRDefault="00A51D76" w:rsidP="00A51D76">
      <w:pPr>
        <w:autoSpaceDE w:val="0"/>
        <w:autoSpaceDN w:val="0"/>
        <w:spacing w:after="0" w:line="240" w:lineRule="auto"/>
        <w:ind w:right="-35"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Центральная идея гражданской идентичности — образ будущего нашей страны, который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формируется с учётом национальных и стратегических приоритетов российского общества,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культурно-исторических традиций всех народов России, духовно-нравственных ценностей, присущих ей на протяжении всей её истории.</w:t>
      </w:r>
    </w:p>
    <w:p w:rsidR="00A51D76" w:rsidRPr="002F5A59" w:rsidRDefault="00A51D76" w:rsidP="00A51D76">
      <w:pPr>
        <w:autoSpaceDE w:val="0"/>
        <w:autoSpaceDN w:val="0"/>
        <w:spacing w:after="0" w:line="240" w:lineRule="auto"/>
        <w:ind w:right="432"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Не менее важно отметить, что данный курс формируется и преподаётся в соответствии с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A51D76" w:rsidRPr="002F5A59" w:rsidRDefault="00A51D76" w:rsidP="00A51D76">
      <w:pPr>
        <w:autoSpaceDE w:val="0"/>
        <w:autoSpaceDN w:val="0"/>
        <w:spacing w:after="0" w:line="240" w:lineRule="auto"/>
        <w:ind w:right="288"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A51D76" w:rsidRPr="002F5A59" w:rsidRDefault="00A51D76" w:rsidP="00A51D76">
      <w:pPr>
        <w:autoSpaceDE w:val="0"/>
        <w:autoSpaceDN w:val="0"/>
        <w:spacing w:after="0" w:line="240" w:lineRule="auto"/>
        <w:ind w:right="144"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lastRenderedPageBreak/>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Материал курса представлен через актуализацию макроуровня (Россия в целом как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многонациональное, поликонфессиональное государство, с едиными для всех законами,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A51D76" w:rsidRPr="002F5A59" w:rsidRDefault="00A51D76" w:rsidP="00A51D76">
      <w:pPr>
        <w:autoSpaceDE w:val="0"/>
        <w:autoSpaceDN w:val="0"/>
        <w:spacing w:after="0" w:line="240" w:lineRule="auto"/>
        <w:ind w:right="288"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Принцип культурологичности</w:t>
      </w:r>
      <w:r w:rsidRPr="002F5A59">
        <w:rPr>
          <w:rFonts w:ascii="Times New Roman" w:eastAsia="Times New Roman" w:hAnsi="Times New Roman" w:cs="Times New Roman"/>
          <w:color w:val="000000"/>
          <w:sz w:val="24"/>
          <w:szCs w:val="24"/>
          <w:lang w:val="ru-RU"/>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Принцип научности подходов и содержания</w:t>
      </w:r>
      <w:r w:rsidRPr="002F5A59">
        <w:rPr>
          <w:rFonts w:ascii="Times New Roman" w:eastAsia="Times New Roman" w:hAnsi="Times New Roman" w:cs="Times New Roman"/>
          <w:color w:val="000000"/>
          <w:sz w:val="24"/>
          <w:szCs w:val="24"/>
          <w:lang w:val="ru-RU"/>
        </w:rPr>
        <w:t xml:space="preserve">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Принцип соответствия требованиям</w:t>
      </w:r>
      <w:r w:rsidRPr="002F5A59">
        <w:rPr>
          <w:rFonts w:ascii="Times New Roman" w:eastAsia="Times New Roman" w:hAnsi="Times New Roman" w:cs="Times New Roman"/>
          <w:color w:val="000000"/>
          <w:sz w:val="24"/>
          <w:szCs w:val="24"/>
          <w:lang w:val="ru-RU"/>
        </w:rPr>
        <w:t xml:space="preserve">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 xml:space="preserve">Принцип формирования гражданского самосознания и общероссийской гражданской идентичности </w:t>
      </w:r>
      <w:r w:rsidRPr="002F5A59">
        <w:rPr>
          <w:rFonts w:ascii="Times New Roman" w:eastAsia="Times New Roman" w:hAnsi="Times New Roman" w:cs="Times New Roman"/>
          <w:color w:val="000000"/>
          <w:sz w:val="24"/>
          <w:szCs w:val="24"/>
          <w:lang w:val="ru-RU"/>
        </w:rPr>
        <w:t xml:space="preserve">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A51D76" w:rsidRPr="002F5A59" w:rsidRDefault="00A51D76" w:rsidP="00A51D76">
      <w:pPr>
        <w:autoSpaceDE w:val="0"/>
        <w:autoSpaceDN w:val="0"/>
        <w:spacing w:before="264" w:after="0" w:line="262" w:lineRule="auto"/>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ЦЕЛИ И ЗАДАЧИ ИЗУЧЕНИЯ УЧЕБНОГО КУРСА «ОСНОВЫ ДУХОВНО-НРАВСТВЕННОЙ КУЛЬТУРЫ НАРОДОВ РОССИИ»</w:t>
      </w:r>
    </w:p>
    <w:p w:rsidR="00A51D76" w:rsidRPr="002F5A59" w:rsidRDefault="00A51D76" w:rsidP="00A51D76">
      <w:pPr>
        <w:autoSpaceDE w:val="0"/>
        <w:autoSpaceDN w:val="0"/>
        <w:spacing w:after="0" w:line="240" w:lineRule="auto"/>
        <w:ind w:left="180"/>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Целями </w:t>
      </w:r>
      <w:r w:rsidRPr="002F5A59">
        <w:rPr>
          <w:rFonts w:ascii="Times New Roman" w:eastAsia="Times New Roman" w:hAnsi="Times New Roman" w:cs="Times New Roman"/>
          <w:color w:val="000000"/>
          <w:sz w:val="24"/>
          <w:szCs w:val="24"/>
          <w:lang w:val="ru-RU"/>
        </w:rPr>
        <w:t>изучения учебного курса являются:</w:t>
      </w:r>
    </w:p>
    <w:p w:rsidR="00A51D76" w:rsidRPr="002F5A59" w:rsidRDefault="00A51D76" w:rsidP="00A51D76">
      <w:pPr>
        <w:autoSpaceDE w:val="0"/>
        <w:autoSpaceDN w:val="0"/>
        <w:spacing w:after="0" w:line="240" w:lineRule="auto"/>
        <w:ind w:left="420" w:right="57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этноконфессионального согласия и взаимодействия, взаимопроникновения и мирного сосуществования народов, религий, национальных культур;</w:t>
      </w:r>
    </w:p>
    <w:p w:rsidR="00A51D76" w:rsidRPr="002F5A59" w:rsidRDefault="00A51D76" w:rsidP="00A51D76">
      <w:pPr>
        <w:autoSpaceDE w:val="0"/>
        <w:autoSpaceDN w:val="0"/>
        <w:spacing w:after="0" w:line="240" w:lineRule="auto"/>
        <w:ind w:left="420" w:right="288"/>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и сохранение уважения к ценностям и убеждениям представителей разных</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национальностей и вероисповеданий, а также способности к диалогу с представителями других культур и мировоззрений;</w:t>
      </w:r>
    </w:p>
    <w:p w:rsidR="00A51D76" w:rsidRPr="002F5A59" w:rsidRDefault="00A51D76" w:rsidP="00A51D76">
      <w:pPr>
        <w:autoSpaceDE w:val="0"/>
        <w:autoSpaceDN w:val="0"/>
        <w:spacing w:after="0" w:line="240" w:lineRule="auto"/>
        <w:ind w:left="420" w:right="129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идентификация собственной личности как полноправного субъекта культурного, исторического и цивилизационного развития страны.</w:t>
      </w:r>
    </w:p>
    <w:p w:rsidR="00A51D76" w:rsidRPr="002F5A59" w:rsidRDefault="00A51D76" w:rsidP="00A51D76">
      <w:pPr>
        <w:autoSpaceDE w:val="0"/>
        <w:autoSpaceDN w:val="0"/>
        <w:spacing w:after="0" w:line="240" w:lineRule="auto"/>
        <w:ind w:left="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Цели курса определяют следующие </w:t>
      </w:r>
      <w:r w:rsidRPr="002F5A59">
        <w:rPr>
          <w:rFonts w:ascii="Times New Roman" w:eastAsia="Times New Roman" w:hAnsi="Times New Roman" w:cs="Times New Roman"/>
          <w:b/>
          <w:color w:val="000000"/>
          <w:sz w:val="24"/>
          <w:szCs w:val="24"/>
          <w:lang w:val="ru-RU"/>
        </w:rPr>
        <w:t>задачи</w:t>
      </w:r>
      <w:r w:rsidRPr="002F5A59">
        <w:rPr>
          <w:rFonts w:ascii="Times New Roman" w:eastAsia="Times New Roman" w:hAnsi="Times New Roman" w:cs="Times New Roman"/>
          <w:color w:val="000000"/>
          <w:sz w:val="24"/>
          <w:szCs w:val="24"/>
          <w:lang w:val="ru-RU"/>
        </w:rPr>
        <w:t>:</w:t>
      </w:r>
    </w:p>
    <w:p w:rsidR="00A51D76" w:rsidRPr="002F5A59" w:rsidRDefault="00A51D76" w:rsidP="00A51D76">
      <w:pPr>
        <w:autoSpaceDE w:val="0"/>
        <w:autoSpaceDN w:val="0"/>
        <w:spacing w:after="0" w:line="240" w:lineRule="auto"/>
        <w:ind w:left="420" w:right="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овладение предметными компетенциями, имеющими преимущественное значение для формирования гражданской идентичности обучающегося;</w:t>
      </w:r>
    </w:p>
    <w:p w:rsidR="00A51D76" w:rsidRPr="002F5A59" w:rsidRDefault="00A51D76" w:rsidP="00A51D76">
      <w:pPr>
        <w:autoSpaceDE w:val="0"/>
        <w:autoSpaceDN w:val="0"/>
        <w:spacing w:after="0" w:line="240" w:lineRule="auto"/>
        <w:ind w:left="420" w:right="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A51D76" w:rsidRPr="002F5A59" w:rsidRDefault="00A51D76" w:rsidP="00A51D76">
      <w:pPr>
        <w:autoSpaceDE w:val="0"/>
        <w:autoSpaceDN w:val="0"/>
        <w:spacing w:after="0" w:line="240" w:lineRule="auto"/>
        <w:ind w:left="420" w:right="288"/>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51D76" w:rsidRPr="002F5A59" w:rsidRDefault="00A51D76" w:rsidP="00A51D76">
      <w:pPr>
        <w:autoSpaceDE w:val="0"/>
        <w:autoSpaceDN w:val="0"/>
        <w:spacing w:after="0" w:line="240" w:lineRule="auto"/>
        <w:ind w:left="420" w:right="57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lastRenderedPageBreak/>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51D76" w:rsidRPr="002F5A59" w:rsidRDefault="00A51D76" w:rsidP="00A51D76">
      <w:pPr>
        <w:autoSpaceDE w:val="0"/>
        <w:autoSpaceDN w:val="0"/>
        <w:spacing w:after="0" w:line="240" w:lineRule="auto"/>
        <w:ind w:left="420" w:right="86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51D76" w:rsidRPr="002F5A59" w:rsidRDefault="00A51D76" w:rsidP="00A51D76">
      <w:pPr>
        <w:autoSpaceDE w:val="0"/>
        <w:autoSpaceDN w:val="0"/>
        <w:spacing w:after="0" w:line="240" w:lineRule="auto"/>
        <w:ind w:left="420" w:right="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воспитание уважительного и бережного отношения к историческому, религиозному и культурному наследию народов России;</w:t>
      </w:r>
    </w:p>
    <w:p w:rsidR="00A51D76" w:rsidRPr="002F5A59" w:rsidRDefault="00A51D76" w:rsidP="00A51D76">
      <w:pPr>
        <w:autoSpaceDE w:val="0"/>
        <w:autoSpaceDN w:val="0"/>
        <w:spacing w:after="0" w:line="240" w:lineRule="auto"/>
        <w:ind w:left="420" w:right="57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A51D76" w:rsidRPr="002F5A59" w:rsidRDefault="00A51D76" w:rsidP="00A51D76">
      <w:pPr>
        <w:tabs>
          <w:tab w:val="left" w:pos="180"/>
        </w:tabs>
        <w:autoSpaceDE w:val="0"/>
        <w:autoSpaceDN w:val="0"/>
        <w:spacing w:after="0" w:line="240" w:lineRule="auto"/>
        <w:ind w:right="144"/>
        <w:jc w:val="both"/>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углублению представлений о светской этике, религиозной культуре народов России, их роли в развитии современного общества;</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воспитанию патриотизма; уважения к истории, языку, культурным и религиозным традициям</w:t>
      </w:r>
      <w:r>
        <w:rPr>
          <w:rFonts w:ascii="Times New Roman" w:eastAsia="Times New Roman" w:hAnsi="Times New Roman" w:cs="Times New Roman"/>
          <w:color w:val="000000"/>
          <w:sz w:val="24"/>
          <w:szCs w:val="24"/>
          <w:lang w:val="ru-RU"/>
        </w:rPr>
        <w:t xml:space="preserve"> </w:t>
      </w:r>
      <w:r w:rsidRPr="002F5A59">
        <w:rPr>
          <w:rFonts w:ascii="Times New Roman" w:eastAsia="Times New Roman" w:hAnsi="Times New Roman" w:cs="Times New Roman"/>
          <w:color w:val="000000"/>
          <w:sz w:val="24"/>
          <w:szCs w:val="24"/>
          <w:lang w:val="ru-RU"/>
        </w:rPr>
        <w:t>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51D76" w:rsidRPr="002F5A59" w:rsidRDefault="00A51D76" w:rsidP="00A51D76">
      <w:pPr>
        <w:autoSpaceDE w:val="0"/>
        <w:autoSpaceDN w:val="0"/>
        <w:spacing w:after="0" w:line="240" w:lineRule="auto"/>
        <w:ind w:left="420" w:right="432"/>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раскрытию природы духовно-нравственных ценностей российского общества, объединяющих светскость и духовность;</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51D76" w:rsidRDefault="00A51D76" w:rsidP="00A51D76">
      <w:pPr>
        <w:autoSpaceDE w:val="0"/>
        <w:autoSpaceDN w:val="0"/>
        <w:spacing w:after="0" w:line="240" w:lineRule="auto"/>
        <w:ind w:left="420" w:right="288"/>
        <w:jc w:val="both"/>
        <w:rPr>
          <w:rFonts w:ascii="Times New Roman" w:eastAsia="Times New Roman" w:hAnsi="Times New Roman" w:cs="Times New Roman"/>
          <w:color w:val="000000"/>
          <w:sz w:val="24"/>
          <w:szCs w:val="24"/>
          <w:lang w:val="ru-RU"/>
        </w:rPr>
      </w:pPr>
      <w:r w:rsidRPr="002F5A59">
        <w:rPr>
          <w:rFonts w:ascii="Times New Roman" w:eastAsia="Times New Roman" w:hAnsi="Times New Roman" w:cs="Times New Roman"/>
          <w:color w:val="000000"/>
          <w:sz w:val="24"/>
          <w:szCs w:val="24"/>
          <w:lang w:val="ru-RU"/>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A51D76" w:rsidRDefault="00A51D76" w:rsidP="00A51D76">
      <w:pPr>
        <w:autoSpaceDE w:val="0"/>
        <w:autoSpaceDN w:val="0"/>
        <w:spacing w:after="0" w:line="240" w:lineRule="auto"/>
        <w:ind w:left="420" w:right="288"/>
        <w:jc w:val="both"/>
        <w:rPr>
          <w:rFonts w:ascii="Times New Roman" w:eastAsia="Times New Roman" w:hAnsi="Times New Roman" w:cs="Times New Roman"/>
          <w:color w:val="000000"/>
          <w:sz w:val="24"/>
          <w:szCs w:val="24"/>
          <w:lang w:val="ru-RU"/>
        </w:rPr>
      </w:pPr>
    </w:p>
    <w:p w:rsidR="00A51D76" w:rsidRPr="002F5A59" w:rsidRDefault="00A51D76" w:rsidP="00A51D76">
      <w:pPr>
        <w:autoSpaceDE w:val="0"/>
        <w:autoSpaceDN w:val="0"/>
        <w:spacing w:after="0" w:line="240" w:lineRule="auto"/>
        <w:ind w:left="420" w:right="288"/>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МЕСТО УЧЕБНОГО КУРСА «ОСНОВЫ ДУХОВНО-НРАВСТВЕННОЙ КУЛЬТУРЫ НАРОДОВ РОССИИ» В УЧЕБНОМ ПЛАНЕ</w:t>
      </w:r>
    </w:p>
    <w:p w:rsidR="00A51D76" w:rsidRPr="002F5A59" w:rsidRDefault="00A51D76" w:rsidP="00A51D76">
      <w:pPr>
        <w:tabs>
          <w:tab w:val="left" w:pos="180"/>
        </w:tabs>
        <w:autoSpaceDE w:val="0"/>
        <w:autoSpaceDN w:val="0"/>
        <w:spacing w:before="166" w:after="0" w:line="262" w:lineRule="auto"/>
        <w:ind w:right="144"/>
        <w:jc w:val="both"/>
        <w:rPr>
          <w:rFonts w:ascii="Times New Roman" w:hAnsi="Times New Roman" w:cs="Times New Roman"/>
          <w:sz w:val="24"/>
          <w:szCs w:val="24"/>
          <w:lang w:val="ru-RU"/>
        </w:rPr>
      </w:pPr>
      <w:r w:rsidRPr="002F5A59">
        <w:rPr>
          <w:rFonts w:ascii="Times New Roman" w:hAnsi="Times New Roman" w:cs="Times New Roman"/>
          <w:sz w:val="24"/>
          <w:szCs w:val="24"/>
          <w:lang w:val="ru-RU"/>
        </w:rPr>
        <w:lastRenderedPageBreak/>
        <w:tab/>
      </w:r>
      <w:r w:rsidRPr="002F5A59">
        <w:rPr>
          <w:rFonts w:ascii="Times New Roman" w:eastAsia="Times New Roman" w:hAnsi="Times New Roman" w:cs="Times New Roman"/>
          <w:color w:val="000000"/>
          <w:sz w:val="24"/>
          <w:szCs w:val="24"/>
          <w:lang w:val="ru-RU"/>
        </w:rPr>
        <w:t>Учебный курс "Основы духовно-нравственной культуры народов России" изучается в 5-6 классе. Всего часов по учебному плану: 34. Общая недельная нагрузка обучения составляет 1час в неделю: 34 часа в 5 классе, 34 часа в 6 классе</w:t>
      </w:r>
    </w:p>
    <w:p w:rsidR="00A51D76" w:rsidRPr="002F5A59" w:rsidRDefault="00A51D76" w:rsidP="00A51D76">
      <w:pPr>
        <w:rPr>
          <w:rFonts w:ascii="Times New Roman" w:hAnsi="Times New Roman" w:cs="Times New Roman"/>
          <w:sz w:val="24"/>
          <w:szCs w:val="24"/>
          <w:lang w:val="ru-RU"/>
        </w:rPr>
        <w:sectPr w:rsidR="00A51D76" w:rsidRPr="002F5A59" w:rsidSect="002F3750">
          <w:pgSz w:w="11900" w:h="16840"/>
          <w:pgMar w:top="286" w:right="736" w:bottom="1440" w:left="993" w:header="720" w:footer="720" w:gutter="0"/>
          <w:cols w:space="720" w:equalWidth="0">
            <w:col w:w="10257" w:space="0"/>
          </w:cols>
          <w:docGrid w:linePitch="360"/>
        </w:sectPr>
      </w:pPr>
    </w:p>
    <w:p w:rsidR="00A51D76" w:rsidRPr="002F5A59" w:rsidRDefault="00A51D76" w:rsidP="00A51D76">
      <w:pPr>
        <w:autoSpaceDE w:val="0"/>
        <w:autoSpaceDN w:val="0"/>
        <w:spacing w:after="78" w:line="220" w:lineRule="exact"/>
        <w:rPr>
          <w:rFonts w:ascii="Times New Roman" w:hAnsi="Times New Roman" w:cs="Times New Roman"/>
          <w:sz w:val="24"/>
          <w:szCs w:val="24"/>
          <w:lang w:val="ru-RU"/>
        </w:rPr>
      </w:pPr>
    </w:p>
    <w:p w:rsidR="00A51D76" w:rsidRPr="002F5A59" w:rsidRDefault="00A035BC" w:rsidP="00A51D76">
      <w:pPr>
        <w:autoSpaceDE w:val="0"/>
        <w:autoSpaceDN w:val="0"/>
        <w:spacing w:before="346" w:after="0" w:line="230" w:lineRule="auto"/>
        <w:rPr>
          <w:rFonts w:ascii="Times New Roman" w:hAnsi="Times New Roman" w:cs="Times New Roman"/>
          <w:b/>
          <w:sz w:val="24"/>
          <w:szCs w:val="24"/>
          <w:lang w:val="ru-RU"/>
        </w:rPr>
      </w:pPr>
      <w:r>
        <w:rPr>
          <w:rFonts w:ascii="Times New Roman" w:hAnsi="Times New Roman" w:cs="Times New Roman"/>
          <w:b/>
          <w:sz w:val="24"/>
          <w:szCs w:val="24"/>
          <w:lang w:val="ru-RU"/>
        </w:rPr>
        <w:t xml:space="preserve">1. </w:t>
      </w:r>
      <w:r w:rsidR="00A51D76">
        <w:rPr>
          <w:rFonts w:ascii="Times New Roman" w:hAnsi="Times New Roman" w:cs="Times New Roman"/>
          <w:b/>
          <w:sz w:val="24"/>
          <w:szCs w:val="24"/>
          <w:lang w:val="ru-RU"/>
        </w:rPr>
        <w:t xml:space="preserve">СОДЕРЖАНИЕ УЧЕБНОГО </w:t>
      </w:r>
      <w:r>
        <w:rPr>
          <w:rFonts w:ascii="Times New Roman" w:hAnsi="Times New Roman" w:cs="Times New Roman"/>
          <w:b/>
          <w:sz w:val="24"/>
          <w:szCs w:val="24"/>
          <w:lang w:val="ru-RU"/>
        </w:rPr>
        <w:t xml:space="preserve">ПРЕДМЕТА </w:t>
      </w:r>
      <w:r w:rsidR="00A51D76">
        <w:rPr>
          <w:rFonts w:ascii="Times New Roman" w:hAnsi="Times New Roman" w:cs="Times New Roman"/>
          <w:b/>
          <w:sz w:val="24"/>
          <w:szCs w:val="24"/>
          <w:lang w:val="ru-RU"/>
        </w:rPr>
        <w:t xml:space="preserve"> </w:t>
      </w:r>
      <w:r w:rsidR="00A51D76" w:rsidRPr="002F5A59">
        <w:rPr>
          <w:rFonts w:ascii="Times New Roman" w:hAnsi="Times New Roman" w:cs="Times New Roman"/>
          <w:b/>
          <w:sz w:val="24"/>
          <w:szCs w:val="24"/>
          <w:lang w:val="ru-RU"/>
        </w:rPr>
        <w:t>«</w:t>
      </w:r>
      <w:r w:rsidR="00A51D76">
        <w:rPr>
          <w:rFonts w:ascii="Times New Roman" w:hAnsi="Times New Roman" w:cs="Times New Roman"/>
          <w:b/>
          <w:sz w:val="24"/>
          <w:szCs w:val="24"/>
          <w:lang w:val="ru-RU"/>
        </w:rPr>
        <w:t>ОСНОВЫ ДУХОВНО-НРАВСТВЕННОЙ КУЛЬТУРЫ НАРОДОВ РОССИИ</w:t>
      </w:r>
      <w:r w:rsidR="00A51D76" w:rsidRPr="002F5A59">
        <w:rPr>
          <w:rFonts w:ascii="Times New Roman" w:hAnsi="Times New Roman" w:cs="Times New Roman"/>
          <w:b/>
          <w:sz w:val="24"/>
          <w:szCs w:val="24"/>
          <w:lang w:val="ru-RU"/>
        </w:rPr>
        <w:t xml:space="preserve">» </w:t>
      </w:r>
    </w:p>
    <w:p w:rsidR="00A51D76" w:rsidRPr="002F5A59" w:rsidRDefault="00A51D76" w:rsidP="00A51D76">
      <w:pPr>
        <w:autoSpaceDE w:val="0"/>
        <w:autoSpaceDN w:val="0"/>
        <w:spacing w:before="346" w:after="0" w:line="230" w:lineRule="auto"/>
        <w:rPr>
          <w:rFonts w:ascii="Times New Roman" w:hAnsi="Times New Roman" w:cs="Times New Roman"/>
          <w:b/>
          <w:sz w:val="24"/>
          <w:szCs w:val="24"/>
          <w:lang w:val="ru-RU"/>
        </w:rPr>
      </w:pPr>
      <w:r w:rsidRPr="002F5A59">
        <w:rPr>
          <w:rFonts w:ascii="Times New Roman" w:hAnsi="Times New Roman" w:cs="Times New Roman"/>
          <w:b/>
          <w:sz w:val="24"/>
          <w:szCs w:val="24"/>
          <w:lang w:val="ru-RU"/>
        </w:rPr>
        <w:t>5 КЛАСС (34 ч)</w:t>
      </w:r>
    </w:p>
    <w:p w:rsidR="00A51D76" w:rsidRPr="002F5A59" w:rsidRDefault="00A51D76" w:rsidP="00A51D76">
      <w:pPr>
        <w:autoSpaceDE w:val="0"/>
        <w:autoSpaceDN w:val="0"/>
        <w:spacing w:before="346" w:after="0" w:line="230" w:lineRule="auto"/>
        <w:jc w:val="center"/>
        <w:rPr>
          <w:rFonts w:ascii="Times New Roman" w:hAnsi="Times New Roman" w:cs="Times New Roman"/>
          <w:sz w:val="24"/>
          <w:szCs w:val="24"/>
          <w:lang w:val="ru-RU"/>
        </w:rPr>
      </w:pPr>
      <w:r w:rsidRPr="002F5A59">
        <w:rPr>
          <w:rFonts w:ascii="Times New Roman" w:hAnsi="Times New Roman" w:cs="Times New Roman"/>
          <w:b/>
          <w:sz w:val="24"/>
          <w:szCs w:val="24"/>
          <w:lang w:val="ru-RU"/>
        </w:rPr>
        <w:t>Тематический блок 1. «Россия</w:t>
      </w:r>
      <w:r w:rsidRPr="002F5A59">
        <w:rPr>
          <w:rFonts w:ascii="Times New Roman" w:hAnsi="Times New Roman" w:cs="Times New Roman"/>
          <w:b/>
          <w:sz w:val="24"/>
          <w:szCs w:val="24"/>
        </w:rPr>
        <w:t> </w:t>
      </w:r>
      <w:r w:rsidRPr="002F5A59">
        <w:rPr>
          <w:rFonts w:ascii="Times New Roman" w:hAnsi="Times New Roman" w:cs="Times New Roman"/>
          <w:b/>
          <w:sz w:val="24"/>
          <w:szCs w:val="24"/>
          <w:lang w:val="ru-RU"/>
        </w:rPr>
        <w:t>— наш общий дом»</w:t>
      </w:r>
    </w:p>
    <w:p w:rsidR="00A51D76" w:rsidRPr="002F5A59" w:rsidRDefault="00A51D76" w:rsidP="00A51D76">
      <w:pPr>
        <w:autoSpaceDE w:val="0"/>
        <w:autoSpaceDN w:val="0"/>
        <w:spacing w:before="346" w:after="0" w:line="23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Тема 1. Зачем изучать курс «Основы духовно-нравственной культуры народов России»?</w:t>
      </w:r>
      <w:r w:rsidRPr="002F5A59">
        <w:rPr>
          <w:rFonts w:ascii="Times New Roman" w:hAnsi="Times New Roman" w:cs="Times New Roman"/>
          <w:sz w:val="24"/>
          <w:szCs w:val="24"/>
          <w:lang w:val="ru-RU"/>
        </w:rPr>
        <w:t xml:space="preserve">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 Наш дом</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Россия.</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Россия</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многонациональная страна. Многонациональный народ Российской Федерации. Россия как общий дом. Дружба народов.</w:t>
      </w:r>
    </w:p>
    <w:p w:rsidR="00A51D76" w:rsidRPr="002F5A59" w:rsidRDefault="00A51D76" w:rsidP="00A51D76">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Тема 3. Язык и история. Что такое язык?</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4. Русский язык</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язык общения и язык возможностей.</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Русский язык</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A51D76" w:rsidRPr="002F5A59" w:rsidRDefault="00A51D76" w:rsidP="00A51D76">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5. Истоки родной культуры.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6. Материальная культура.</w:t>
      </w:r>
      <w:r w:rsidRPr="002F5A59">
        <w:rPr>
          <w:rFonts w:ascii="Times New Roman" w:hAnsi="Times New Roman" w:cs="Times New Roman"/>
          <w:sz w:val="24"/>
          <w:szCs w:val="24"/>
          <w:lang w:val="ru-RU"/>
        </w:rPr>
        <w:t xml:space="preserve"> Материальная культура: архитектура, одежда, пища, транспорт, техника. Связь между материальной культурой и духовно-нравственными ценностями общества. </w:t>
      </w:r>
      <w:r w:rsidRPr="002F5A59">
        <w:rPr>
          <w:rFonts w:ascii="Times New Roman" w:hAnsi="Times New Roman" w:cs="Times New Roman"/>
          <w:b/>
          <w:i/>
          <w:sz w:val="24"/>
          <w:szCs w:val="24"/>
          <w:lang w:val="ru-RU"/>
        </w:rPr>
        <w:t>Тема 7. Духовная культура.</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r w:rsidRPr="002F5A59">
        <w:rPr>
          <w:rFonts w:ascii="Times New Roman" w:hAnsi="Times New Roman" w:cs="Times New Roman"/>
          <w:b/>
          <w:i/>
          <w:sz w:val="24"/>
          <w:szCs w:val="24"/>
          <w:lang w:val="ru-RU"/>
        </w:rPr>
        <w:t>Тема 8. Культура и религия.</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9. Культура и образование</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10. Многообразие культур России (практическое занятие)</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Единство культур народов России. Что значит быть культурным человеком? Знание о культуре народов России.</w:t>
      </w:r>
    </w:p>
    <w:p w:rsidR="00A51D76" w:rsidRPr="002F5A59" w:rsidRDefault="00A51D76" w:rsidP="00A51D76">
      <w:pPr>
        <w:autoSpaceDE w:val="0"/>
        <w:autoSpaceDN w:val="0"/>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2. «Семья и духовно-нравственные ценности»</w:t>
      </w:r>
    </w:p>
    <w:p w:rsidR="00A51D76" w:rsidRPr="002F5A59" w:rsidRDefault="00A51D76" w:rsidP="00A51D76">
      <w:pPr>
        <w:autoSpaceDE w:val="0"/>
        <w:autoSpaceDN w:val="0"/>
        <w:spacing w:after="0" w:line="240" w:lineRule="auto"/>
        <w:jc w:val="center"/>
        <w:rPr>
          <w:rFonts w:ascii="Times New Roman" w:hAnsi="Times New Roman" w:cs="Times New Roman"/>
          <w:sz w:val="24"/>
          <w:szCs w:val="24"/>
          <w:lang w:val="ru-RU"/>
        </w:rPr>
      </w:pP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11. Семья</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хранитель духовных ценностей.</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Семья</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базовый элемент общества. Семейные ценности, традиции и культура. Помощь сиротам как духовно-нравственный долг человека.</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12. Родина начинается с семьи.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13. Традиции семейного воспитания в России.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Семейные традиции народов России. Межнациональные семьи. Семейное воспитание как трансляция ценностей.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14. Образ семьи в культуре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lastRenderedPageBreak/>
        <w:t>Произведения устного поэтического творчества (сказки, поговорки и т. д.) о семье и семейных обязанностях. Семья в</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литературе и произведениях разных видов искусства.</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15. Труд в истории семьи.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Социальные роли в истории семьи. Роль домашнего труда. Роль нравственных норм в благополучии семьи.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sz w:val="24"/>
          <w:szCs w:val="24"/>
          <w:lang w:val="ru-RU"/>
        </w:rPr>
        <w:t>Тема 16. Семья в современном мире (практическое занятие).</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Рассказ о своей семье (с использованием фотографий, книг, писем и др.). Семейное древо. Семейные традиции.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p>
    <w:p w:rsidR="00A51D76" w:rsidRPr="002F5A59" w:rsidRDefault="00A51D76" w:rsidP="00A51D76">
      <w:pPr>
        <w:autoSpaceDE w:val="0"/>
        <w:autoSpaceDN w:val="0"/>
        <w:spacing w:after="0" w:line="240" w:lineRule="auto"/>
        <w:jc w:val="center"/>
        <w:rPr>
          <w:rFonts w:ascii="Times New Roman" w:hAnsi="Times New Roman" w:cs="Times New Roman"/>
          <w:sz w:val="24"/>
          <w:szCs w:val="24"/>
          <w:lang w:val="ru-RU"/>
        </w:rPr>
      </w:pPr>
      <w:r w:rsidRPr="002F5A59">
        <w:rPr>
          <w:rFonts w:ascii="Times New Roman" w:hAnsi="Times New Roman" w:cs="Times New Roman"/>
          <w:b/>
          <w:sz w:val="24"/>
          <w:szCs w:val="24"/>
          <w:lang w:val="ru-RU"/>
        </w:rPr>
        <w:t>Тематический блок 3. «Духовно-нравственное богатство личности»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17. Личность</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общество</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культура.</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12 Примерная рабочая программа</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18. Духовный мир человека.</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Человек</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19. Личность и духовно-нравственные ценности.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Мораль и нравственность в жизни человека. Взаимопомощь, сострадание, милосердие, любовь, дружба, коллективизм, патриотизм, любовь к близким.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p>
    <w:p w:rsidR="00A51D76" w:rsidRDefault="00A51D76" w:rsidP="00A51D76">
      <w:pPr>
        <w:autoSpaceDE w:val="0"/>
        <w:autoSpaceDN w:val="0"/>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4. «Культурное единство России»</w:t>
      </w:r>
      <w:r>
        <w:rPr>
          <w:rFonts w:ascii="Times New Roman" w:hAnsi="Times New Roman" w:cs="Times New Roman"/>
          <w:b/>
          <w:sz w:val="24"/>
          <w:szCs w:val="24"/>
          <w:lang w:val="ru-RU"/>
        </w:rPr>
        <w:t xml:space="preserve">  </w:t>
      </w:r>
    </w:p>
    <w:p w:rsidR="00A51D76" w:rsidRPr="002F5A59" w:rsidRDefault="00A51D76" w:rsidP="00A51D76">
      <w:pPr>
        <w:autoSpaceDE w:val="0"/>
        <w:autoSpaceDN w:val="0"/>
        <w:spacing w:after="0" w:line="240" w:lineRule="auto"/>
        <w:jc w:val="center"/>
        <w:rPr>
          <w:rFonts w:ascii="Times New Roman" w:hAnsi="Times New Roman" w:cs="Times New Roman"/>
          <w:b/>
          <w:sz w:val="24"/>
          <w:szCs w:val="24"/>
          <w:lang w:val="ru-RU"/>
        </w:rPr>
      </w:pP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20. Историческая память как духовно-нравственная ценность.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Что такое история и почему она важна? История семьи</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часть истории народа, государства, человечества. Важность исторической памяти, недопустимость её фальсификации. Преемственность поколений. </w:t>
      </w:r>
    </w:p>
    <w:p w:rsidR="00A51D76" w:rsidRPr="002F5A59" w:rsidRDefault="00A51D76" w:rsidP="00A51D76">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21. Литература как язык культуры.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A51D76" w:rsidRPr="002F5A59" w:rsidRDefault="00A51D76" w:rsidP="00A51D76">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22. Взаимовлияние культур.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23. Духовно-нравственные ценности российского народа.</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24. Регионы России: культурное многообразие.</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Исторические и социальные причины культурного разнообразия. Каждый регион уникален. Малая Родина</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 часть общего Отечества.</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25. Праздники в культуре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26. Памятники архитектуры в культуре народов России.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27. Музыкальная культура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lastRenderedPageBreak/>
        <w:t xml:space="preserve">Тема 28. Изобразительное искусство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29. Фольклор и литература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его литературе. </w:t>
      </w:r>
      <w:r w:rsidRPr="002F5A59">
        <w:rPr>
          <w:rFonts w:ascii="Times New Roman" w:hAnsi="Times New Roman" w:cs="Times New Roman"/>
          <w:b/>
          <w:i/>
          <w:sz w:val="24"/>
          <w:szCs w:val="24"/>
          <w:lang w:val="ru-RU"/>
        </w:rPr>
        <w:t xml:space="preserve">Тема 30. Бытовые традиции народов России: пища, одежда, дом (практическое занятие). </w:t>
      </w:r>
      <w:r w:rsidRPr="002F5A59">
        <w:rPr>
          <w:rFonts w:ascii="Times New Roman" w:hAnsi="Times New Roman" w:cs="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 xml:space="preserve">Тема 31. Культурная карта России (практическое занятие). </w:t>
      </w:r>
      <w:r w:rsidRPr="002F5A59">
        <w:rPr>
          <w:rFonts w:ascii="Times New Roman" w:hAnsi="Times New Roman" w:cs="Times New Roman"/>
          <w:sz w:val="24"/>
          <w:szCs w:val="24"/>
          <w:lang w:val="ru-RU"/>
        </w:rPr>
        <w:t xml:space="preserve">География культур России. Россия как культурная карта. Описание регионов в соответствии с их особенностями. </w:t>
      </w:r>
    </w:p>
    <w:p w:rsidR="00A51D76" w:rsidRPr="002F5A59" w:rsidRDefault="00A51D76" w:rsidP="00A51D76">
      <w:pPr>
        <w:autoSpaceDE w:val="0"/>
        <w:autoSpaceDN w:val="0"/>
        <w:spacing w:after="0" w:line="240" w:lineRule="auto"/>
        <w:rPr>
          <w:rFonts w:ascii="Times New Roman" w:eastAsia="Times New Roman" w:hAnsi="Times New Roman" w:cs="Times New Roman"/>
          <w:bCs/>
          <w:color w:val="000000"/>
          <w:sz w:val="24"/>
          <w:szCs w:val="24"/>
          <w:lang w:val="ru-RU"/>
        </w:rPr>
      </w:pPr>
      <w:r w:rsidRPr="002F5A59">
        <w:rPr>
          <w:rFonts w:ascii="Times New Roman" w:hAnsi="Times New Roman" w:cs="Times New Roman"/>
          <w:b/>
          <w:i/>
          <w:sz w:val="24"/>
          <w:szCs w:val="24"/>
          <w:lang w:val="ru-RU"/>
        </w:rPr>
        <w:t>Тема 32. Единство страны</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залог будущего России.</w:t>
      </w:r>
      <w:r w:rsidRPr="002F5A59">
        <w:rPr>
          <w:rFonts w:ascii="Times New Roman" w:hAnsi="Times New Roman" w:cs="Times New Roman"/>
          <w:sz w:val="24"/>
          <w:szCs w:val="24"/>
          <w:lang w:val="ru-RU"/>
        </w:rPr>
        <w:t xml:space="preserve"> Россия</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единая страна. Русский мир. Общая история, сходство культурных традиций, единые духовно-нравственные ценности народов </w:t>
      </w:r>
    </w:p>
    <w:p w:rsidR="00A51D76" w:rsidRPr="002F5A59" w:rsidRDefault="00A51D76" w:rsidP="00A51D76">
      <w:pPr>
        <w:rPr>
          <w:rFonts w:ascii="Times New Roman" w:hAnsi="Times New Roman" w:cs="Times New Roman"/>
          <w:sz w:val="24"/>
          <w:szCs w:val="24"/>
          <w:lang w:val="ru-RU"/>
        </w:rPr>
      </w:pPr>
    </w:p>
    <w:p w:rsidR="00A51D76" w:rsidRPr="002F5A59" w:rsidRDefault="00A51D76" w:rsidP="00A51D76">
      <w:pPr>
        <w:autoSpaceDE w:val="0"/>
        <w:autoSpaceDN w:val="0"/>
        <w:spacing w:before="346" w:after="0" w:line="230" w:lineRule="auto"/>
        <w:rPr>
          <w:rFonts w:ascii="Times New Roman" w:hAnsi="Times New Roman" w:cs="Times New Roman"/>
          <w:b/>
          <w:sz w:val="24"/>
          <w:szCs w:val="24"/>
          <w:lang w:val="ru-RU"/>
        </w:rPr>
      </w:pPr>
      <w:r w:rsidRPr="002F5A59">
        <w:rPr>
          <w:rFonts w:ascii="Times New Roman" w:hAnsi="Times New Roman" w:cs="Times New Roman"/>
          <w:b/>
          <w:sz w:val="24"/>
          <w:szCs w:val="24"/>
          <w:lang w:val="ru-RU"/>
        </w:rPr>
        <w:t>6 КЛАСС (34 ч)</w:t>
      </w:r>
    </w:p>
    <w:p w:rsidR="00A51D76" w:rsidRPr="002F5A59" w:rsidRDefault="00A51D76" w:rsidP="00A51D76">
      <w:pPr>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1. «Культура как социальность»</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 Мир культуры: его структура.</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Тема 2. Культура России: многообразие регионов.</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3. История быта как история культуры.</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4. Прогресс: технический и социальный.</w:t>
      </w:r>
      <w:r w:rsidRPr="002F5A59">
        <w:rPr>
          <w:rFonts w:ascii="Times New Roman" w:hAnsi="Times New Roman" w:cs="Times New Roman"/>
          <w:sz w:val="24"/>
          <w:szCs w:val="24"/>
          <w:lang w:val="ru-RU"/>
        </w:rPr>
        <w:t xml:space="preserve">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5. Образование в культуре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6. Права и обязанности человека.</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7. Общество и религия: духовно-нравственное взаимодействие.</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sz w:val="24"/>
          <w:szCs w:val="24"/>
          <w:lang w:val="ru-RU"/>
        </w:rPr>
        <w:t xml:space="preserve"> Тема 8. Современный мир: самое важное (практическое занятие).</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A51D76" w:rsidRPr="002F5A59" w:rsidRDefault="00A51D76" w:rsidP="00A51D76">
      <w:pPr>
        <w:spacing w:after="0" w:line="240" w:lineRule="auto"/>
        <w:jc w:val="center"/>
        <w:rPr>
          <w:rFonts w:ascii="Times New Roman" w:hAnsi="Times New Roman" w:cs="Times New Roman"/>
          <w:b/>
          <w:sz w:val="24"/>
          <w:szCs w:val="24"/>
          <w:lang w:val="ru-RU"/>
        </w:rPr>
      </w:pPr>
    </w:p>
    <w:p w:rsidR="00A51D76" w:rsidRDefault="00A51D76" w:rsidP="00A51D76">
      <w:pPr>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2. «Человек и его отражение в культуре»</w:t>
      </w:r>
    </w:p>
    <w:p w:rsidR="00A51D76" w:rsidRPr="002F5A59" w:rsidRDefault="00A51D76" w:rsidP="00A51D76">
      <w:pPr>
        <w:spacing w:after="0" w:line="240" w:lineRule="auto"/>
        <w:jc w:val="center"/>
        <w:rPr>
          <w:rFonts w:ascii="Times New Roman" w:hAnsi="Times New Roman" w:cs="Times New Roman"/>
          <w:b/>
          <w:sz w:val="24"/>
          <w:szCs w:val="24"/>
          <w:lang w:val="ru-RU"/>
        </w:rPr>
      </w:pPr>
    </w:p>
    <w:p w:rsidR="00A51D76" w:rsidRPr="002F5A59" w:rsidRDefault="00A51D76" w:rsidP="00A51D76">
      <w:pPr>
        <w:spacing w:after="0" w:line="240" w:lineRule="auto"/>
        <w:rPr>
          <w:rFonts w:ascii="Times New Roman" w:hAnsi="Times New Roman" w:cs="Times New Roman"/>
          <w:b/>
          <w:sz w:val="24"/>
          <w:szCs w:val="24"/>
          <w:lang w:val="ru-RU"/>
        </w:rPr>
      </w:pPr>
      <w:r w:rsidRPr="002F5A59">
        <w:rPr>
          <w:rFonts w:ascii="Times New Roman" w:hAnsi="Times New Roman" w:cs="Times New Roman"/>
          <w:b/>
          <w:sz w:val="24"/>
          <w:szCs w:val="24"/>
          <w:lang w:val="ru-RU"/>
        </w:rPr>
        <w:t xml:space="preserve"> Тема 9. Каким должен быть человек?</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10. Взросление человека в культуре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lastRenderedPageBreak/>
        <w:t xml:space="preserve">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11. Религия как источник нравственности. </w:t>
      </w:r>
      <w:r w:rsidRPr="002F5A59">
        <w:rPr>
          <w:rFonts w:ascii="Times New Roman" w:hAnsi="Times New Roman" w:cs="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12. Наука как источник знания о человеке и человеческом.</w:t>
      </w:r>
      <w:r w:rsidRPr="002F5A59">
        <w:rPr>
          <w:rFonts w:ascii="Times New Roman" w:hAnsi="Times New Roman" w:cs="Times New Roman"/>
          <w:sz w:val="24"/>
          <w:szCs w:val="24"/>
          <w:lang w:val="ru-RU"/>
        </w:rPr>
        <w:t xml:space="preserve"> Гуманитарное знание и его особенности. Культура как самопознание. Этика. Эстетика. Право в контексте духовно-нравственных ценностей.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13. Этика и нравственность как категории духовной культуры.</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этика. Добро и его проявления в реальной жизни. Что значит быть нравственным. Почему нравственность важна?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14. Самопознание (практическое занятие). </w:t>
      </w:r>
    </w:p>
    <w:p w:rsidR="00A51D76" w:rsidRPr="002F5A59" w:rsidRDefault="00A51D76" w:rsidP="00A51D76">
      <w:pPr>
        <w:spacing w:after="0" w:line="240" w:lineRule="auto"/>
        <w:jc w:val="center"/>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Автобиография и автопортрет: кто я и что я люблю. Как устроена моя жизнь. Выполнение проекта. </w:t>
      </w:r>
    </w:p>
    <w:p w:rsidR="00A51D76" w:rsidRPr="002F5A59" w:rsidRDefault="00A51D76" w:rsidP="00A51D76">
      <w:pPr>
        <w:spacing w:after="0" w:line="240" w:lineRule="auto"/>
        <w:jc w:val="center"/>
        <w:rPr>
          <w:rFonts w:ascii="Times New Roman" w:hAnsi="Times New Roman" w:cs="Times New Roman"/>
          <w:sz w:val="24"/>
          <w:szCs w:val="24"/>
          <w:lang w:val="ru-RU"/>
        </w:rPr>
      </w:pPr>
    </w:p>
    <w:p w:rsidR="00A51D76" w:rsidRPr="002F5A59" w:rsidRDefault="00A51D76" w:rsidP="00A51D76">
      <w:pPr>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3. «Человек как член общества»</w:t>
      </w:r>
    </w:p>
    <w:p w:rsidR="00A51D76" w:rsidRPr="002F5A59" w:rsidRDefault="00A51D76" w:rsidP="00A51D76">
      <w:pPr>
        <w:spacing w:after="0" w:line="240" w:lineRule="auto"/>
        <w:jc w:val="center"/>
        <w:rPr>
          <w:rFonts w:ascii="Times New Roman" w:hAnsi="Times New Roman" w:cs="Times New Roman"/>
          <w:b/>
          <w:sz w:val="24"/>
          <w:szCs w:val="24"/>
          <w:lang w:val="ru-RU"/>
        </w:rPr>
      </w:pP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15. Труд делает человека человеком.</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16. Подвиг: как узнать героя?</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17. Люди в обществе: духовно-нравственное взаимовлияние.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Человек в социальном измерении. Дружба, предательство. Коллектив. Личные границы Этика предпринимательства. Социальная помощь.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18. Проблемы современного общества как отражение его духовно-нравственного самосознания.</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Бедность. Инвалидность. Асоциальная семья. Сиротство. Отражение этих явлений в культуре общества.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19. Духовно-нравственные ориентиры социальных отношений.</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Милосердие. Взаимопомощь. Социальное служение. Благотворительность. Волонтёрство. Общественные блага.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20. Гуманизм как сущностная характеристика духовно-нравственной культуры народов России.</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Гуманизм. Истоки гуманистического мышления. Философия гуманизма. Проявления гуманизма в историко-культурном наследии народов России.</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21. Социальные профессии; их важность для сохранения духовно-нравственного облика общества.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22. Выдающиеся благотворители в истории.</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23. Выдающиеся учёные России.</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24. Моя профессия (практическое занятие).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Труд как самореализация, как вклад в общество. Рассказ о</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своей будущей профессии. </w:t>
      </w:r>
    </w:p>
    <w:p w:rsidR="00A51D76" w:rsidRPr="002F5A59" w:rsidRDefault="00A51D76" w:rsidP="00A51D76">
      <w:pPr>
        <w:spacing w:after="0" w:line="240" w:lineRule="auto"/>
        <w:rPr>
          <w:rFonts w:ascii="Times New Roman" w:hAnsi="Times New Roman" w:cs="Times New Roman"/>
          <w:sz w:val="24"/>
          <w:szCs w:val="24"/>
          <w:lang w:val="ru-RU"/>
        </w:rPr>
      </w:pPr>
    </w:p>
    <w:p w:rsidR="00A51D76" w:rsidRPr="002F5A59" w:rsidRDefault="00A51D76" w:rsidP="00A51D76">
      <w:pPr>
        <w:spacing w:after="0" w:line="240" w:lineRule="auto"/>
        <w:jc w:val="center"/>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Тематический блок 4. «Родина и патриотизм»</w:t>
      </w:r>
    </w:p>
    <w:p w:rsidR="00A51D76" w:rsidRPr="002F5A59" w:rsidRDefault="00A51D76" w:rsidP="00A51D76">
      <w:pPr>
        <w:spacing w:after="0" w:line="240" w:lineRule="auto"/>
        <w:rPr>
          <w:rFonts w:ascii="Times New Roman" w:hAnsi="Times New Roman" w:cs="Times New Roman"/>
          <w:sz w:val="24"/>
          <w:szCs w:val="24"/>
          <w:lang w:val="ru-RU"/>
        </w:rPr>
      </w:pP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25. Гражданин. Родина и гражданство, их взаимосвязь.</w:t>
      </w:r>
      <w:r w:rsidRPr="002F5A59">
        <w:rPr>
          <w:rFonts w:ascii="Times New Roman" w:hAnsi="Times New Roman" w:cs="Times New Roman"/>
          <w:sz w:val="24"/>
          <w:szCs w:val="24"/>
          <w:lang w:val="ru-RU"/>
        </w:rPr>
        <w:t xml:space="preserve"> Что делает человека гражданином. Нравственные качества гражданина.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lastRenderedPageBreak/>
        <w:t>Тема 26. Патриотизм.</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Патриотизм. Толерантность. Уважение к другим народам и их истории. Важность патриотизма. Тема </w:t>
      </w:r>
      <w:r w:rsidRPr="002F5A59">
        <w:rPr>
          <w:rFonts w:ascii="Times New Roman" w:hAnsi="Times New Roman" w:cs="Times New Roman"/>
          <w:b/>
          <w:i/>
          <w:sz w:val="24"/>
          <w:szCs w:val="24"/>
          <w:lang w:val="ru-RU"/>
        </w:rPr>
        <w:t xml:space="preserve">27. Защита Родины: подвиг или долг?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Война и мир. Роль знания в защите Родины. Долг гражданина перед обществом. Военные подвиги. Честь. Доблесть.</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28. Государство. Россия</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наша Родина.</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29. Гражданская идентичность (практическое занятие). </w:t>
      </w:r>
      <w:r w:rsidRPr="002F5A59">
        <w:rPr>
          <w:rFonts w:ascii="Times New Roman" w:hAnsi="Times New Roman" w:cs="Times New Roman"/>
          <w:sz w:val="24"/>
          <w:szCs w:val="24"/>
          <w:lang w:val="ru-RU"/>
        </w:rPr>
        <w:t xml:space="preserve">Какими качествами должен обладать человек как гражданин.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30. Моя школа и мой класс (практическое занятие).</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Портрет школы или класса через добрые дела.</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Тема 31. Человек: какой он? (практическое занятие).</w:t>
      </w:r>
      <w:r w:rsidRPr="002F5A59">
        <w:rPr>
          <w:rFonts w:ascii="Times New Roman" w:hAnsi="Times New Roman" w:cs="Times New Roman"/>
          <w:sz w:val="24"/>
          <w:szCs w:val="24"/>
          <w:lang w:val="ru-RU"/>
        </w:rPr>
        <w:t xml:space="preserve"> Человек. Его образы в культуре. Духовность и нравственность как важнейшие качества человека.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Тема32.  Человек и культура (проект).</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 Тема 33-34. Итоговый проект: «Что значит быть человеком?».</w:t>
      </w:r>
    </w:p>
    <w:p w:rsidR="00A51D76" w:rsidRPr="002F5A59" w:rsidRDefault="00A51D76" w:rsidP="00A51D76">
      <w:pPr>
        <w:rPr>
          <w:rFonts w:ascii="Times New Roman" w:hAnsi="Times New Roman" w:cs="Times New Roman"/>
          <w:sz w:val="24"/>
          <w:szCs w:val="24"/>
          <w:lang w:val="ru-RU"/>
        </w:rPr>
        <w:sectPr w:rsidR="00A51D76" w:rsidRPr="002F5A59" w:rsidSect="002F3750">
          <w:pgSz w:w="11900" w:h="16840"/>
          <w:pgMar w:top="286" w:right="644" w:bottom="993" w:left="993" w:header="720" w:footer="720" w:gutter="0"/>
          <w:cols w:space="720" w:equalWidth="0">
            <w:col w:w="10257" w:space="0"/>
          </w:cols>
          <w:docGrid w:linePitch="360"/>
        </w:sectPr>
      </w:pPr>
    </w:p>
    <w:p w:rsidR="00A51D76" w:rsidRPr="002F5A59" w:rsidRDefault="00A51D76" w:rsidP="00A51D76">
      <w:pPr>
        <w:autoSpaceDE w:val="0"/>
        <w:autoSpaceDN w:val="0"/>
        <w:spacing w:after="78" w:line="220" w:lineRule="exact"/>
        <w:rPr>
          <w:rFonts w:ascii="Times New Roman" w:hAnsi="Times New Roman" w:cs="Times New Roman"/>
          <w:sz w:val="24"/>
          <w:szCs w:val="24"/>
          <w:lang w:val="ru-RU"/>
        </w:rPr>
      </w:pPr>
    </w:p>
    <w:p w:rsidR="00A035BC" w:rsidRPr="00A035BC" w:rsidRDefault="00A035BC" w:rsidP="00A035BC">
      <w:pPr>
        <w:spacing w:after="0" w:line="240" w:lineRule="auto"/>
        <w:ind w:firstLine="720"/>
        <w:rPr>
          <w:rFonts w:ascii="Times New Roman" w:eastAsia="Times New Roman" w:hAnsi="Times New Roman" w:cs="Times New Roman"/>
          <w:sz w:val="28"/>
          <w:szCs w:val="28"/>
          <w:lang w:val="ru-RU"/>
        </w:rPr>
      </w:pPr>
      <w:r w:rsidRPr="00A035BC">
        <w:rPr>
          <w:rFonts w:ascii="Times New Roman" w:eastAsia="Times New Roman" w:hAnsi="Times New Roman" w:cs="Times New Roman"/>
          <w:b/>
          <w:sz w:val="28"/>
          <w:szCs w:val="28"/>
          <w:lang w:val="ru-RU"/>
        </w:rPr>
        <w:t>2. Планируемые результаты освоения учебного предмета</w:t>
      </w:r>
    </w:p>
    <w:p w:rsidR="00A51D76" w:rsidRPr="002F5A59" w:rsidRDefault="00A51D76" w:rsidP="00A51D76">
      <w:pPr>
        <w:autoSpaceDE w:val="0"/>
        <w:autoSpaceDN w:val="0"/>
        <w:spacing w:after="0" w:line="240" w:lineRule="auto"/>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Личностные результаты</w:t>
      </w:r>
    </w:p>
    <w:p w:rsidR="00A51D76" w:rsidRPr="002F5A59" w:rsidRDefault="00A51D76" w:rsidP="00A51D76">
      <w:pPr>
        <w:autoSpaceDE w:val="0"/>
        <w:autoSpaceDN w:val="0"/>
        <w:spacing w:after="0" w:line="240" w:lineRule="auto"/>
        <w:ind w:right="144"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A51D76" w:rsidRPr="002F5A59" w:rsidRDefault="00A51D76" w:rsidP="00A51D76">
      <w:pPr>
        <w:tabs>
          <w:tab w:val="left" w:pos="180"/>
        </w:tabs>
        <w:autoSpaceDE w:val="0"/>
        <w:autoSpaceDN w:val="0"/>
        <w:spacing w:after="0" w:line="240" w:lineRule="auto"/>
        <w:ind w:right="28"/>
        <w:jc w:val="both"/>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Личностные результаты освоения курса достигаются в единстве учебной и воспитательной деятельности.</w:t>
      </w:r>
    </w:p>
    <w:p w:rsidR="00A51D76" w:rsidRPr="002F5A59" w:rsidRDefault="00A51D76" w:rsidP="00A51D76">
      <w:pPr>
        <w:autoSpaceDE w:val="0"/>
        <w:autoSpaceDN w:val="0"/>
        <w:spacing w:after="0" w:line="240" w:lineRule="auto"/>
        <w:ind w:right="28"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Личностные результаты</w:t>
      </w:r>
      <w:r w:rsidRPr="002F5A59">
        <w:rPr>
          <w:rFonts w:ascii="Times New Roman" w:eastAsia="Times New Roman" w:hAnsi="Times New Roman" w:cs="Times New Roman"/>
          <w:color w:val="000000"/>
          <w:sz w:val="24"/>
          <w:szCs w:val="24"/>
          <w:lang w:val="ru-RU"/>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1D76" w:rsidRPr="002F5A59" w:rsidRDefault="00A51D76" w:rsidP="00A51D76">
      <w:pPr>
        <w:tabs>
          <w:tab w:val="left" w:pos="180"/>
          <w:tab w:val="left" w:pos="10632"/>
        </w:tabs>
        <w:autoSpaceDE w:val="0"/>
        <w:autoSpaceDN w:val="0"/>
        <w:spacing w:after="0" w:line="240" w:lineRule="auto"/>
        <w:ind w:right="28"/>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1. Патриотическое воспитание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51D76" w:rsidRPr="002F5A59" w:rsidRDefault="00A51D76" w:rsidP="00A51D76">
      <w:pPr>
        <w:tabs>
          <w:tab w:val="left" w:pos="180"/>
        </w:tabs>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2. Гражданское воспитание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веротерпимости, уважительного отношения к религиозным чувствам, взглядам людей или их отсутствию.</w:t>
      </w:r>
    </w:p>
    <w:p w:rsidR="00A51D76" w:rsidRPr="002F5A59" w:rsidRDefault="00A51D76" w:rsidP="00A51D76">
      <w:pPr>
        <w:tabs>
          <w:tab w:val="left" w:pos="180"/>
        </w:tabs>
        <w:autoSpaceDE w:val="0"/>
        <w:autoSpaceDN w:val="0"/>
        <w:spacing w:after="0" w:line="240" w:lineRule="auto"/>
        <w:ind w:right="144"/>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3. Ценности познавательной деятельности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1D76" w:rsidRPr="002F5A59" w:rsidRDefault="00A51D76" w:rsidP="00A51D76">
      <w:pPr>
        <w:autoSpaceDE w:val="0"/>
        <w:autoSpaceDN w:val="0"/>
        <w:spacing w:after="0" w:line="240" w:lineRule="auto"/>
        <w:ind w:right="288" w:firstLine="180"/>
        <w:rPr>
          <w:rFonts w:ascii="Times New Roman" w:hAnsi="Times New Roman" w:cs="Times New Roman"/>
          <w:sz w:val="24"/>
          <w:szCs w:val="24"/>
          <w:lang w:val="ru-RU"/>
        </w:rPr>
      </w:pPr>
      <w:r w:rsidRPr="002F5A59">
        <w:rPr>
          <w:rFonts w:ascii="Times New Roman" w:eastAsia="Times New Roman" w:hAnsi="Times New Roman" w:cs="Times New Roman"/>
          <w:b/>
          <w:i/>
          <w:color w:val="000000"/>
          <w:sz w:val="24"/>
          <w:szCs w:val="24"/>
          <w:lang w:val="ru-RU"/>
        </w:rPr>
        <w:t>Смыслообразование</w:t>
      </w:r>
      <w:r w:rsidRPr="002F5A59">
        <w:rPr>
          <w:rFonts w:ascii="Times New Roman" w:eastAsia="Times New Roman" w:hAnsi="Times New Roman" w:cs="Times New Roman"/>
          <w:color w:val="000000"/>
          <w:sz w:val="24"/>
          <w:szCs w:val="24"/>
          <w:lang w:val="ru-RU"/>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самосовершенствованию; воспитание веротерпимости, уважительного отношения к религиозным чувствам, взглядам людей или их отсутствию.</w:t>
      </w:r>
    </w:p>
    <w:p w:rsidR="00A51D76" w:rsidRPr="002F5A59" w:rsidRDefault="00A51D76" w:rsidP="00A51D76">
      <w:pPr>
        <w:tabs>
          <w:tab w:val="left" w:pos="180"/>
        </w:tabs>
        <w:autoSpaceDE w:val="0"/>
        <w:autoSpaceDN w:val="0"/>
        <w:spacing w:after="0" w:line="240" w:lineRule="auto"/>
        <w:ind w:right="28"/>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4. Духовно-нравственное воспитание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p>
    <w:p w:rsidR="00A51D76" w:rsidRPr="002F5A59" w:rsidRDefault="00A51D76" w:rsidP="00A51D76">
      <w:pPr>
        <w:tabs>
          <w:tab w:val="left" w:pos="180"/>
        </w:tabs>
        <w:autoSpaceDE w:val="0"/>
        <w:autoSpaceDN w:val="0"/>
        <w:spacing w:after="0" w:line="240" w:lineRule="auto"/>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ответственного отношения к собственным поступкам;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Метапредметные результаты</w:t>
      </w:r>
    </w:p>
    <w:p w:rsidR="00A51D76" w:rsidRPr="002F5A59" w:rsidRDefault="00A51D76" w:rsidP="00A51D76">
      <w:pPr>
        <w:autoSpaceDE w:val="0"/>
        <w:autoSpaceDN w:val="0"/>
        <w:spacing w:after="0" w:line="240" w:lineRule="auto"/>
        <w:ind w:right="144" w:firstLine="18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w:t>
      </w:r>
      <w:r w:rsidRPr="002F5A59">
        <w:rPr>
          <w:rFonts w:ascii="Times New Roman" w:eastAsia="Times New Roman" w:hAnsi="Times New Roman" w:cs="Times New Roman"/>
          <w:color w:val="000000"/>
          <w:sz w:val="24"/>
          <w:szCs w:val="24"/>
          <w:lang w:val="ru-RU"/>
        </w:rPr>
        <w:lastRenderedPageBreak/>
        <w:t xml:space="preserve">(познавательные,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A51D76" w:rsidRPr="002F5A59" w:rsidRDefault="00A51D76" w:rsidP="00A51D76">
      <w:pPr>
        <w:autoSpaceDE w:val="0"/>
        <w:autoSpaceDN w:val="0"/>
        <w:spacing w:after="0" w:line="240" w:lineRule="auto"/>
        <w:ind w:left="180" w:right="3888"/>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1. Познавательные универсальные учебные действия </w:t>
      </w:r>
      <w:r w:rsidRPr="002F5A59">
        <w:rPr>
          <w:rFonts w:ascii="Times New Roman" w:eastAsia="Times New Roman" w:hAnsi="Times New Roman" w:cs="Times New Roman"/>
          <w:color w:val="000000"/>
          <w:sz w:val="24"/>
          <w:szCs w:val="24"/>
          <w:lang w:val="ru-RU"/>
        </w:rPr>
        <w:t>Познавательные универсальные учебные действия включают:</w:t>
      </w:r>
    </w:p>
    <w:p w:rsidR="00A51D76" w:rsidRPr="002F5A59" w:rsidRDefault="00A51D76" w:rsidP="00A51D76">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умение определять понятия, создавать обобщения, устанавливать аналогии,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A51D76" w:rsidRPr="002F5A59" w:rsidRDefault="00A51D76" w:rsidP="00A51D76">
      <w:pPr>
        <w:autoSpaceDE w:val="0"/>
        <w:autoSpaceDN w:val="0"/>
        <w:spacing w:after="0" w:line="240" w:lineRule="auto"/>
        <w:ind w:left="420" w:right="7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смысловое чтение;</w:t>
      </w:r>
    </w:p>
    <w:p w:rsidR="00A51D76" w:rsidRPr="002F5A59" w:rsidRDefault="00A51D76" w:rsidP="00A51D76">
      <w:pPr>
        <w:autoSpaceDE w:val="0"/>
        <w:autoSpaceDN w:val="0"/>
        <w:spacing w:after="0" w:line="240" w:lineRule="auto"/>
        <w:ind w:left="420" w:right="432"/>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развитие мотивации к овладению культурой активного использования словарей и других поисковых систем.</w:t>
      </w:r>
    </w:p>
    <w:p w:rsidR="00A51D76" w:rsidRPr="002F5A59" w:rsidRDefault="00A51D76" w:rsidP="00A51D76">
      <w:pPr>
        <w:autoSpaceDE w:val="0"/>
        <w:autoSpaceDN w:val="0"/>
        <w:spacing w:after="0" w:line="240" w:lineRule="auto"/>
        <w:ind w:left="180" w:right="3600"/>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2. Коммуникативные универсальные учебные действия </w:t>
      </w:r>
      <w:r w:rsidRPr="002F5A59">
        <w:rPr>
          <w:rFonts w:ascii="Times New Roman" w:eastAsia="Times New Roman" w:hAnsi="Times New Roman" w:cs="Times New Roman"/>
          <w:color w:val="000000"/>
          <w:sz w:val="24"/>
          <w:szCs w:val="24"/>
          <w:lang w:val="ru-RU"/>
        </w:rPr>
        <w:t>Коммуникативные универсальные учебные действия включают:</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деятельности; владение устной и письменной речью, монологической контекстной речью (коммуникация);</w:t>
      </w:r>
    </w:p>
    <w:p w:rsidR="00A51D76" w:rsidRPr="002F5A59" w:rsidRDefault="00A51D76" w:rsidP="00A51D76">
      <w:pPr>
        <w:autoSpaceDE w:val="0"/>
        <w:autoSpaceDN w:val="0"/>
        <w:spacing w:after="0" w:line="240" w:lineRule="auto"/>
        <w:ind w:left="420" w:right="86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и развитие компетентности в области использования информационно-коммуникационных технологий (ИКТ-компетентность).</w:t>
      </w:r>
    </w:p>
    <w:p w:rsidR="00A51D76" w:rsidRPr="002F5A59" w:rsidRDefault="00A51D76" w:rsidP="00A51D76">
      <w:pPr>
        <w:autoSpaceDE w:val="0"/>
        <w:autoSpaceDN w:val="0"/>
        <w:spacing w:after="0" w:line="240" w:lineRule="auto"/>
        <w:ind w:left="180" w:right="4176"/>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3. Регулятивные универсальные учебные действия </w:t>
      </w:r>
      <w:r w:rsidRPr="002F5A59">
        <w:rPr>
          <w:rFonts w:ascii="Times New Roman" w:eastAsia="Times New Roman" w:hAnsi="Times New Roman" w:cs="Times New Roman"/>
          <w:color w:val="000000"/>
          <w:sz w:val="24"/>
          <w:szCs w:val="24"/>
          <w:lang w:val="ru-RU"/>
        </w:rPr>
        <w:t>Регулятивные универсальные учебные действия включают:</w:t>
      </w:r>
    </w:p>
    <w:p w:rsidR="00A51D76" w:rsidRPr="002F5A59" w:rsidRDefault="00A51D76" w:rsidP="00A51D76">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познавательной деятельности (целеполагание);</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A51D76" w:rsidRPr="002F5A59" w:rsidRDefault="00A51D76" w:rsidP="00A51D76">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A51D76" w:rsidRPr="002F5A59" w:rsidRDefault="00A51D76" w:rsidP="00A51D76">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оценивать правильность выполнения учебной задачи, собственные возможности её решения (оценка);</w:t>
      </w:r>
    </w:p>
    <w:p w:rsidR="00A51D76" w:rsidRPr="002F5A59" w:rsidRDefault="00A51D76" w:rsidP="00A51D76">
      <w:pPr>
        <w:autoSpaceDE w:val="0"/>
        <w:autoSpaceDN w:val="0"/>
        <w:spacing w:after="0" w:line="240" w:lineRule="auto"/>
        <w:ind w:left="420" w:right="288"/>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Предметные результаты</w:t>
      </w:r>
    </w:p>
    <w:p w:rsidR="00A51D76" w:rsidRPr="002F5A59" w:rsidRDefault="00A51D76" w:rsidP="00A51D76">
      <w:pPr>
        <w:autoSpaceDE w:val="0"/>
        <w:autoSpaceDN w:val="0"/>
        <w:spacing w:after="0" w:line="240" w:lineRule="auto"/>
        <w:ind w:firstLine="18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A51D76" w:rsidRPr="002F5A59" w:rsidRDefault="00A51D76" w:rsidP="00A51D76">
      <w:pPr>
        <w:autoSpaceDE w:val="0"/>
        <w:autoSpaceDN w:val="0"/>
        <w:spacing w:after="0"/>
        <w:ind w:left="180" w:right="1008"/>
        <w:rPr>
          <w:rFonts w:ascii="Times New Roman" w:hAnsi="Times New Roman" w:cs="Times New Roman"/>
          <w:sz w:val="24"/>
          <w:szCs w:val="24"/>
          <w:lang w:val="ru-RU"/>
        </w:rPr>
      </w:pPr>
    </w:p>
    <w:p w:rsidR="003F55D6" w:rsidRDefault="003F55D6" w:rsidP="003F55D6">
      <w:pPr>
        <w:autoSpaceDE w:val="0"/>
        <w:autoSpaceDN w:val="0"/>
        <w:spacing w:after="0" w:line="240" w:lineRule="auto"/>
        <w:ind w:left="180" w:right="-14"/>
        <w:jc w:val="both"/>
        <w:rPr>
          <w:rFonts w:ascii="Times New Roman" w:hAnsi="Times New Roman" w:cs="Times New Roman"/>
          <w:b/>
          <w:sz w:val="24"/>
          <w:szCs w:val="24"/>
          <w:lang w:val="ru-RU"/>
        </w:rPr>
      </w:pPr>
    </w:p>
    <w:p w:rsidR="00A4025C" w:rsidRPr="00647476" w:rsidRDefault="00A4025C">
      <w:pPr>
        <w:rPr>
          <w:lang w:val="ru-RU"/>
        </w:rPr>
        <w:sectPr w:rsidR="00A4025C" w:rsidRPr="00647476" w:rsidSect="0061670F">
          <w:pgSz w:w="11900" w:h="16840"/>
          <w:pgMar w:top="298" w:right="701" w:bottom="1440" w:left="666" w:header="720" w:footer="720" w:gutter="0"/>
          <w:cols w:space="720" w:equalWidth="0">
            <w:col w:w="10533" w:space="0"/>
          </w:cols>
          <w:docGrid w:linePitch="360"/>
        </w:sectPr>
      </w:pPr>
    </w:p>
    <w:p w:rsidR="00A4025C" w:rsidRPr="00881A9D" w:rsidRDefault="00A4025C" w:rsidP="00B73AD3">
      <w:pPr>
        <w:rPr>
          <w:lang w:val="ru-RU"/>
        </w:rPr>
        <w:sectPr w:rsidR="00A4025C" w:rsidRPr="00881A9D">
          <w:pgSz w:w="16840" w:h="11900"/>
          <w:pgMar w:top="284" w:right="640" w:bottom="1440" w:left="666" w:header="720" w:footer="720" w:gutter="0"/>
          <w:cols w:space="720" w:equalWidth="0">
            <w:col w:w="15534" w:space="0"/>
          </w:cols>
          <w:docGrid w:linePitch="360"/>
        </w:sectPr>
      </w:pPr>
    </w:p>
    <w:p w:rsidR="00A4025C" w:rsidRPr="00881A9D" w:rsidRDefault="00A4025C">
      <w:pPr>
        <w:autoSpaceDE w:val="0"/>
        <w:autoSpaceDN w:val="0"/>
        <w:spacing w:after="78" w:line="220" w:lineRule="exact"/>
        <w:rPr>
          <w:lang w:val="ru-RU"/>
        </w:rPr>
      </w:pPr>
    </w:p>
    <w:p w:rsidR="00A4025C" w:rsidRDefault="009A73E2">
      <w:pPr>
        <w:autoSpaceDE w:val="0"/>
        <w:autoSpaceDN w:val="0"/>
        <w:spacing w:after="320" w:line="230" w:lineRule="auto"/>
        <w:rPr>
          <w:rFonts w:ascii="Times New Roman" w:eastAsia="Times New Roman" w:hAnsi="Times New Roman"/>
          <w:b/>
          <w:color w:val="000000"/>
          <w:sz w:val="24"/>
          <w:lang w:val="ru-RU"/>
        </w:rPr>
      </w:pPr>
      <w:r w:rsidRPr="00881A9D">
        <w:rPr>
          <w:rFonts w:ascii="Times New Roman" w:eastAsia="Times New Roman" w:hAnsi="Times New Roman"/>
          <w:b/>
          <w:color w:val="000000"/>
          <w:sz w:val="24"/>
          <w:lang w:val="ru-RU"/>
        </w:rPr>
        <w:t>ПОУРОЧНОЕ ПЛАНИРОВАНИЕ</w:t>
      </w:r>
      <w:r w:rsidR="002A399F">
        <w:rPr>
          <w:rFonts w:ascii="Times New Roman" w:eastAsia="Times New Roman" w:hAnsi="Times New Roman"/>
          <w:b/>
          <w:color w:val="000000"/>
          <w:sz w:val="24"/>
          <w:lang w:val="ru-RU"/>
        </w:rPr>
        <w:t xml:space="preserve"> 5 класс</w:t>
      </w:r>
      <w:r w:rsidRPr="00881A9D">
        <w:rPr>
          <w:rFonts w:ascii="Times New Roman" w:eastAsia="Times New Roman" w:hAnsi="Times New Roman"/>
          <w:b/>
          <w:color w:val="000000"/>
          <w:sz w:val="24"/>
          <w:lang w:val="ru-RU"/>
        </w:rPr>
        <w:t xml:space="preserve"> </w:t>
      </w:r>
    </w:p>
    <w:tbl>
      <w:tblPr>
        <w:tblStyle w:val="aff0"/>
        <w:tblW w:w="0" w:type="auto"/>
        <w:tblLayout w:type="fixed"/>
        <w:tblLook w:val="04A0" w:firstRow="1" w:lastRow="0" w:firstColumn="1" w:lastColumn="0" w:noHBand="0" w:noVBand="1"/>
      </w:tblPr>
      <w:tblGrid>
        <w:gridCol w:w="600"/>
        <w:gridCol w:w="2860"/>
        <w:gridCol w:w="334"/>
        <w:gridCol w:w="709"/>
        <w:gridCol w:w="1417"/>
        <w:gridCol w:w="1251"/>
        <w:gridCol w:w="1434"/>
        <w:gridCol w:w="2195"/>
      </w:tblGrid>
      <w:tr w:rsidR="00E10F70" w:rsidTr="00506214">
        <w:trPr>
          <w:trHeight w:val="270"/>
        </w:trPr>
        <w:tc>
          <w:tcPr>
            <w:tcW w:w="600" w:type="dxa"/>
            <w:vMerge w:val="restart"/>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w:t>
            </w:r>
            <w:r w:rsidRPr="00881A9D">
              <w:rPr>
                <w:sz w:val="20"/>
                <w:szCs w:val="20"/>
                <w:lang w:val="ru-RU"/>
              </w:rPr>
              <w:br/>
            </w:r>
            <w:r w:rsidRPr="00881A9D">
              <w:rPr>
                <w:rFonts w:ascii="Times New Roman" w:eastAsia="Times New Roman" w:hAnsi="Times New Roman"/>
                <w:b/>
                <w:color w:val="000000"/>
                <w:sz w:val="20"/>
                <w:szCs w:val="20"/>
                <w:lang w:val="ru-RU"/>
              </w:rPr>
              <w:t>п/п</w:t>
            </w:r>
          </w:p>
        </w:tc>
        <w:tc>
          <w:tcPr>
            <w:tcW w:w="2860" w:type="dxa"/>
            <w:vMerge w:val="restart"/>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Тема урок</w:t>
            </w:r>
            <w:r w:rsidRPr="00E10F70">
              <w:rPr>
                <w:rFonts w:ascii="Times New Roman" w:eastAsia="Times New Roman" w:hAnsi="Times New Roman"/>
                <w:b/>
                <w:color w:val="000000"/>
                <w:sz w:val="20"/>
                <w:szCs w:val="20"/>
              </w:rPr>
              <w:t>а</w:t>
            </w:r>
          </w:p>
        </w:tc>
        <w:tc>
          <w:tcPr>
            <w:tcW w:w="3711" w:type="dxa"/>
            <w:gridSpan w:val="4"/>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Количество часов</w:t>
            </w:r>
          </w:p>
        </w:tc>
        <w:tc>
          <w:tcPr>
            <w:tcW w:w="1434" w:type="dxa"/>
            <w:vMerge w:val="restart"/>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Дата изучения</w:t>
            </w:r>
          </w:p>
        </w:tc>
        <w:tc>
          <w:tcPr>
            <w:tcW w:w="2195" w:type="dxa"/>
            <w:vMerge w:val="restart"/>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Виды, формы контроля</w:t>
            </w:r>
          </w:p>
        </w:tc>
      </w:tr>
      <w:tr w:rsidR="00E10F70" w:rsidTr="00F74FA8">
        <w:trPr>
          <w:trHeight w:val="495"/>
        </w:trPr>
        <w:tc>
          <w:tcPr>
            <w:tcW w:w="600" w:type="dxa"/>
            <w:vMerge/>
          </w:tcPr>
          <w:p w:rsidR="00E10F70" w:rsidRPr="00E10F70" w:rsidRDefault="00E10F70">
            <w:pPr>
              <w:autoSpaceDE w:val="0"/>
              <w:autoSpaceDN w:val="0"/>
              <w:spacing w:after="320" w:line="230" w:lineRule="auto"/>
              <w:rPr>
                <w:rFonts w:ascii="Times New Roman" w:eastAsia="Times New Roman" w:hAnsi="Times New Roman"/>
                <w:b/>
                <w:color w:val="000000"/>
                <w:sz w:val="20"/>
                <w:szCs w:val="20"/>
              </w:rPr>
            </w:pPr>
          </w:p>
        </w:tc>
        <w:tc>
          <w:tcPr>
            <w:tcW w:w="2860" w:type="dxa"/>
            <w:vMerge/>
          </w:tcPr>
          <w:p w:rsidR="00E10F70" w:rsidRPr="00E10F70" w:rsidRDefault="00E10F70">
            <w:pPr>
              <w:autoSpaceDE w:val="0"/>
              <w:autoSpaceDN w:val="0"/>
              <w:spacing w:after="320" w:line="230" w:lineRule="auto"/>
              <w:rPr>
                <w:rFonts w:ascii="Times New Roman" w:eastAsia="Times New Roman" w:hAnsi="Times New Roman"/>
                <w:b/>
                <w:color w:val="000000"/>
                <w:sz w:val="20"/>
                <w:szCs w:val="20"/>
              </w:rPr>
            </w:pPr>
          </w:p>
        </w:tc>
        <w:tc>
          <w:tcPr>
            <w:tcW w:w="1043" w:type="dxa"/>
            <w:gridSpan w:val="2"/>
          </w:tcPr>
          <w:p w:rsidR="00E10F70" w:rsidRPr="00E10F70" w:rsidRDefault="00E10F70"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всего</w:t>
            </w:r>
          </w:p>
        </w:tc>
        <w:tc>
          <w:tcPr>
            <w:tcW w:w="1417" w:type="dxa"/>
          </w:tcPr>
          <w:p w:rsidR="00E10F70" w:rsidRPr="00E10F70" w:rsidRDefault="00E10F70"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Контрольные работы</w:t>
            </w:r>
          </w:p>
        </w:tc>
        <w:tc>
          <w:tcPr>
            <w:tcW w:w="1251" w:type="dxa"/>
          </w:tcPr>
          <w:p w:rsidR="00E10F70" w:rsidRPr="00E10F70" w:rsidRDefault="00E10F70"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 xml:space="preserve">Практические работы </w:t>
            </w:r>
          </w:p>
        </w:tc>
        <w:tc>
          <w:tcPr>
            <w:tcW w:w="1434" w:type="dxa"/>
            <w:vMerge/>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c>
          <w:tcPr>
            <w:tcW w:w="2195" w:type="dxa"/>
            <w:vMerge/>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r>
      <w:tr w:rsidR="003E63E8" w:rsidRPr="00506BB1" w:rsidTr="003E63E8">
        <w:trPr>
          <w:trHeight w:val="495"/>
        </w:trPr>
        <w:tc>
          <w:tcPr>
            <w:tcW w:w="10800" w:type="dxa"/>
            <w:gridSpan w:val="8"/>
          </w:tcPr>
          <w:p w:rsidR="003E63E8" w:rsidRPr="003E63E8" w:rsidRDefault="003E63E8" w:rsidP="003E63E8">
            <w:pPr>
              <w:autoSpaceDE w:val="0"/>
              <w:autoSpaceDN w:val="0"/>
              <w:spacing w:after="320" w:line="230" w:lineRule="auto"/>
              <w:rPr>
                <w:rFonts w:ascii="Times New Roman" w:eastAsia="Times New Roman" w:hAnsi="Times New Roman"/>
                <w:b/>
                <w:color w:val="000000"/>
                <w:sz w:val="24"/>
                <w:szCs w:val="24"/>
                <w:lang w:val="ru-RU"/>
              </w:rPr>
            </w:pPr>
            <w:r w:rsidRPr="003E63E8">
              <w:rPr>
                <w:rFonts w:ascii="Times New Roman" w:eastAsia="Times New Roman" w:hAnsi="Times New Roman"/>
                <w:b/>
                <w:color w:val="000000"/>
                <w:sz w:val="24"/>
                <w:szCs w:val="24"/>
                <w:lang w:val="ru-RU"/>
              </w:rPr>
              <w:t>Раздел 1. Россия – наш общий дом</w:t>
            </w:r>
            <w:r>
              <w:rPr>
                <w:rFonts w:ascii="Times New Roman" w:eastAsia="Times New Roman" w:hAnsi="Times New Roman"/>
                <w:b/>
                <w:color w:val="000000"/>
                <w:sz w:val="24"/>
                <w:szCs w:val="24"/>
                <w:lang w:val="ru-RU"/>
              </w:rPr>
              <w:t xml:space="preserve">    10 ч.</w:t>
            </w:r>
          </w:p>
        </w:tc>
      </w:tr>
      <w:tr w:rsidR="00E10F70" w:rsidRPr="003E63E8"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1</w:t>
            </w:r>
          </w:p>
        </w:tc>
        <w:tc>
          <w:tcPr>
            <w:tcW w:w="3194" w:type="dxa"/>
            <w:gridSpan w:val="2"/>
          </w:tcPr>
          <w:p w:rsidR="00E10F70" w:rsidRPr="00F74FA8" w:rsidRDefault="006D561F" w:rsidP="006D561F">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hAnsi="Times New Roman" w:cs="Times New Roman"/>
                <w:sz w:val="24"/>
                <w:szCs w:val="24"/>
                <w:lang w:val="ru-RU"/>
              </w:rPr>
              <w:t>Зачем изучать курс «Основы духовно-нравственной культуры народов России»?</w:t>
            </w: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E10F70" w:rsidRPr="00E10F70" w:rsidRDefault="00E10F70" w:rsidP="00B171DE">
            <w:pPr>
              <w:autoSpaceDE w:val="0"/>
              <w:autoSpaceDN w:val="0"/>
              <w:spacing w:after="320" w:line="230" w:lineRule="auto"/>
              <w:rPr>
                <w:rFonts w:ascii="Times New Roman" w:eastAsia="Times New Roman" w:hAnsi="Times New Roman"/>
                <w:b/>
                <w:color w:val="000000"/>
                <w:sz w:val="20"/>
                <w:szCs w:val="20"/>
                <w:lang w:val="ru-RU"/>
              </w:rPr>
            </w:pP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2</w:t>
            </w:r>
          </w:p>
        </w:tc>
        <w:tc>
          <w:tcPr>
            <w:tcW w:w="3194" w:type="dxa"/>
            <w:gridSpan w:val="2"/>
          </w:tcPr>
          <w:p w:rsidR="006D561F" w:rsidRPr="00F74FA8" w:rsidRDefault="006D561F" w:rsidP="006D561F">
            <w:pPr>
              <w:autoSpaceDE w:val="0"/>
              <w:autoSpaceDN w:val="0"/>
              <w:ind w:left="180" w:right="-17"/>
              <w:rPr>
                <w:rFonts w:ascii="Times New Roman" w:hAnsi="Times New Roman" w:cs="Times New Roman"/>
                <w:sz w:val="24"/>
                <w:szCs w:val="24"/>
                <w:lang w:val="ru-RU"/>
              </w:rPr>
            </w:pPr>
            <w:r w:rsidRPr="00F74FA8">
              <w:rPr>
                <w:rFonts w:ascii="Times New Roman" w:hAnsi="Times New Roman" w:cs="Times New Roman"/>
                <w:sz w:val="24"/>
                <w:szCs w:val="24"/>
                <w:lang w:val="ru-RU"/>
              </w:rPr>
              <w:t>Наш дом</w:t>
            </w:r>
            <w:r w:rsidRPr="00F74FA8">
              <w:rPr>
                <w:rFonts w:ascii="Times New Roman" w:hAnsi="Times New Roman" w:cs="Times New Roman"/>
                <w:sz w:val="24"/>
                <w:szCs w:val="24"/>
              </w:rPr>
              <w:t> </w:t>
            </w:r>
            <w:r w:rsidRPr="00F74FA8">
              <w:rPr>
                <w:rFonts w:ascii="Times New Roman" w:hAnsi="Times New Roman" w:cs="Times New Roman"/>
                <w:sz w:val="24"/>
                <w:szCs w:val="24"/>
                <w:lang w:val="ru-RU"/>
              </w:rPr>
              <w:t xml:space="preserve"> — Россия </w:t>
            </w:r>
          </w:p>
          <w:p w:rsidR="00E10F70" w:rsidRPr="00F74FA8" w:rsidRDefault="00E10F70" w:rsidP="006D561F">
            <w:pPr>
              <w:autoSpaceDE w:val="0"/>
              <w:autoSpaceDN w:val="0"/>
              <w:spacing w:after="320" w:line="230" w:lineRule="auto"/>
              <w:rPr>
                <w:rFonts w:ascii="Times New Roman" w:eastAsia="Times New Roman" w:hAnsi="Times New Roman"/>
                <w:color w:val="000000"/>
                <w:sz w:val="24"/>
                <w:szCs w:val="24"/>
                <w:lang w:val="ru-RU"/>
              </w:rPr>
            </w:pP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3E63E8" w:rsidRPr="00E10F70" w:rsidRDefault="003E63E8" w:rsidP="00B171DE">
            <w:pPr>
              <w:autoSpaceDE w:val="0"/>
              <w:autoSpaceDN w:val="0"/>
              <w:spacing w:after="320" w:line="230" w:lineRule="auto"/>
              <w:rPr>
                <w:rFonts w:ascii="Times New Roman" w:eastAsia="Times New Roman" w:hAnsi="Times New Roman"/>
                <w:b/>
                <w:color w:val="000000"/>
                <w:sz w:val="20"/>
                <w:szCs w:val="20"/>
                <w:lang w:val="ru-RU"/>
              </w:rPr>
            </w:pP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3</w:t>
            </w:r>
          </w:p>
        </w:tc>
        <w:tc>
          <w:tcPr>
            <w:tcW w:w="3194" w:type="dxa"/>
            <w:gridSpan w:val="2"/>
          </w:tcPr>
          <w:p w:rsidR="006D561F" w:rsidRPr="00F74FA8" w:rsidRDefault="006D561F" w:rsidP="006D561F">
            <w:pPr>
              <w:autoSpaceDE w:val="0"/>
              <w:autoSpaceDN w:val="0"/>
              <w:ind w:left="180" w:right="-17"/>
              <w:rPr>
                <w:rFonts w:ascii="Times New Roman" w:hAnsi="Times New Roman" w:cs="Times New Roman"/>
                <w:sz w:val="24"/>
                <w:szCs w:val="24"/>
                <w:lang w:val="ru-RU"/>
              </w:rPr>
            </w:pPr>
            <w:r w:rsidRPr="00F74FA8">
              <w:rPr>
                <w:rFonts w:ascii="Times New Roman" w:hAnsi="Times New Roman" w:cs="Times New Roman"/>
                <w:sz w:val="24"/>
                <w:szCs w:val="24"/>
                <w:lang w:val="ru-RU"/>
              </w:rPr>
              <w:t xml:space="preserve">Язык и история </w:t>
            </w:r>
          </w:p>
          <w:p w:rsidR="00E10F70" w:rsidRPr="00F74FA8" w:rsidRDefault="00E10F70" w:rsidP="006D561F">
            <w:pPr>
              <w:autoSpaceDE w:val="0"/>
              <w:autoSpaceDN w:val="0"/>
              <w:spacing w:after="320" w:line="230" w:lineRule="auto"/>
              <w:rPr>
                <w:rFonts w:ascii="Times New Roman" w:eastAsia="Times New Roman" w:hAnsi="Times New Roman"/>
                <w:color w:val="000000"/>
                <w:sz w:val="24"/>
                <w:szCs w:val="24"/>
                <w:lang w:val="ru-RU"/>
              </w:rPr>
            </w:pP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E10F70"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003E63E8">
              <w:rPr>
                <w:rFonts w:ascii="Times New Roman" w:hAnsi="Times New Roman" w:cs="Times New Roman"/>
                <w:color w:val="000000"/>
                <w:sz w:val="20"/>
                <w:szCs w:val="20"/>
                <w:shd w:val="clear" w:color="auto" w:fill="FFFFFF"/>
                <w:lang w:val="ru-RU"/>
              </w:rPr>
              <w:t>стный опрос</w:t>
            </w:r>
            <w:r w:rsidRPr="00B171DE">
              <w:rPr>
                <w:rFonts w:ascii="Times New Roman" w:hAnsi="Times New Roman" w:cs="Times New Roman"/>
                <w:color w:val="000000"/>
                <w:sz w:val="20"/>
                <w:szCs w:val="20"/>
                <w:shd w:val="clear" w:color="auto" w:fill="FFFFFF"/>
                <w:lang w:val="ru-RU"/>
              </w:rPr>
              <w:t xml:space="preserve"> </w:t>
            </w: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4</w:t>
            </w:r>
          </w:p>
        </w:tc>
        <w:tc>
          <w:tcPr>
            <w:tcW w:w="3194" w:type="dxa"/>
            <w:gridSpan w:val="2"/>
          </w:tcPr>
          <w:p w:rsidR="006D561F" w:rsidRPr="00F74FA8" w:rsidRDefault="006D561F" w:rsidP="006D561F">
            <w:pPr>
              <w:autoSpaceDE w:val="0"/>
              <w:autoSpaceDN w:val="0"/>
              <w:ind w:left="180" w:right="-158"/>
              <w:rPr>
                <w:rFonts w:ascii="Times New Roman" w:hAnsi="Times New Roman" w:cs="Times New Roman"/>
                <w:sz w:val="24"/>
                <w:szCs w:val="24"/>
                <w:lang w:val="ru-RU"/>
              </w:rPr>
            </w:pPr>
            <w:r w:rsidRPr="00F74FA8">
              <w:rPr>
                <w:rFonts w:ascii="Times New Roman" w:hAnsi="Times New Roman" w:cs="Times New Roman"/>
                <w:sz w:val="24"/>
                <w:szCs w:val="24"/>
                <w:lang w:val="ru-RU"/>
              </w:rPr>
              <w:t>Русский язык</w:t>
            </w:r>
            <w:r w:rsidRPr="00F74FA8">
              <w:rPr>
                <w:rFonts w:ascii="Times New Roman" w:hAnsi="Times New Roman" w:cs="Times New Roman"/>
                <w:sz w:val="24"/>
                <w:szCs w:val="24"/>
              </w:rPr>
              <w:t> </w:t>
            </w:r>
            <w:r w:rsidRPr="00F74FA8">
              <w:rPr>
                <w:rFonts w:ascii="Times New Roman" w:hAnsi="Times New Roman" w:cs="Times New Roman"/>
                <w:sz w:val="24"/>
                <w:szCs w:val="24"/>
                <w:lang w:val="ru-RU"/>
              </w:rPr>
              <w:t>— язык общения и язык возможностей</w:t>
            </w:r>
          </w:p>
          <w:p w:rsidR="00E10F70" w:rsidRPr="00F74FA8" w:rsidRDefault="00E10F70" w:rsidP="006D561F">
            <w:pPr>
              <w:autoSpaceDE w:val="0"/>
              <w:autoSpaceDN w:val="0"/>
              <w:spacing w:after="320" w:line="230" w:lineRule="auto"/>
              <w:rPr>
                <w:rFonts w:ascii="Times New Roman" w:eastAsia="Times New Roman" w:hAnsi="Times New Roman"/>
                <w:color w:val="000000"/>
                <w:sz w:val="24"/>
                <w:szCs w:val="24"/>
                <w:lang w:val="ru-RU"/>
              </w:rPr>
            </w:pP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E10F70" w:rsidRPr="00E10F70" w:rsidRDefault="00B171DE">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5</w:t>
            </w:r>
          </w:p>
        </w:tc>
        <w:tc>
          <w:tcPr>
            <w:tcW w:w="3194" w:type="dxa"/>
            <w:gridSpan w:val="2"/>
          </w:tcPr>
          <w:p w:rsidR="00E10F70"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Истоки родной культуры</w:t>
            </w: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E10F70" w:rsidRPr="00E10F70" w:rsidRDefault="00B171DE">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6</w:t>
            </w:r>
          </w:p>
        </w:tc>
        <w:tc>
          <w:tcPr>
            <w:tcW w:w="3194" w:type="dxa"/>
            <w:gridSpan w:val="2"/>
          </w:tcPr>
          <w:p w:rsidR="00E10F70"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Материальная культура</w:t>
            </w: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E10F70" w:rsidRPr="00E10F70" w:rsidRDefault="00B171DE" w:rsidP="003E63E8">
            <w:pPr>
              <w:autoSpaceDE w:val="0"/>
              <w:autoSpaceDN w:val="0"/>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003E63E8">
              <w:rPr>
                <w:rFonts w:ascii="Times New Roman" w:hAnsi="Times New Roman" w:cs="Times New Roman"/>
                <w:color w:val="000000"/>
                <w:sz w:val="20"/>
                <w:szCs w:val="20"/>
                <w:shd w:val="clear" w:color="auto" w:fill="FFFFFF"/>
                <w:lang w:val="ru-RU"/>
              </w:rPr>
              <w:t xml:space="preserve">стный опрос </w:t>
            </w: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7</w:t>
            </w:r>
          </w:p>
        </w:tc>
        <w:tc>
          <w:tcPr>
            <w:tcW w:w="3194" w:type="dxa"/>
            <w:gridSpan w:val="2"/>
          </w:tcPr>
          <w:p w:rsidR="00E10F70"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Духовная культура</w:t>
            </w: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E10F70" w:rsidRPr="00E10F70" w:rsidRDefault="00E10F70"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8</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Культура и религия</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Pr="00E10F70" w:rsidRDefault="00B171DE" w:rsidP="00865A56">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003E63E8">
              <w:rPr>
                <w:rFonts w:ascii="Times New Roman" w:hAnsi="Times New Roman" w:cs="Times New Roman"/>
                <w:color w:val="000000"/>
                <w:sz w:val="20"/>
                <w:szCs w:val="20"/>
                <w:shd w:val="clear" w:color="auto" w:fill="FFFFFF"/>
                <w:lang w:val="ru-RU"/>
              </w:rPr>
              <w:t>стный опрос</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9</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Культура и образование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B171DE">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B171DE"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10</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Многообразие культур России (практическое занятие)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Default="00B171DE" w:rsidP="003E63E8">
            <w:pPr>
              <w:autoSpaceDE w:val="0"/>
              <w:autoSpaceDN w:val="0"/>
              <w:rPr>
                <w:rFonts w:ascii="Times New Roman" w:hAnsi="Times New Roman" w:cs="Times New Roman"/>
                <w:color w:val="000000"/>
                <w:sz w:val="20"/>
                <w:szCs w:val="20"/>
                <w:shd w:val="clear" w:color="auto" w:fill="FFFFFF"/>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 xml:space="preserve">стный опрос; </w:t>
            </w:r>
          </w:p>
          <w:p w:rsidR="003E63E8" w:rsidRPr="00E10F70" w:rsidRDefault="003E63E8" w:rsidP="003E63E8">
            <w:pPr>
              <w:autoSpaceDE w:val="0"/>
              <w:autoSpaceDN w:val="0"/>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3E63E8" w:rsidRPr="00506BB1" w:rsidTr="003E63E8">
        <w:trPr>
          <w:trHeight w:val="495"/>
        </w:trPr>
        <w:tc>
          <w:tcPr>
            <w:tcW w:w="10800" w:type="dxa"/>
            <w:gridSpan w:val="8"/>
          </w:tcPr>
          <w:p w:rsidR="003E63E8" w:rsidRPr="003E63E8" w:rsidRDefault="003E63E8" w:rsidP="003E63E8">
            <w:pPr>
              <w:autoSpaceDE w:val="0"/>
              <w:autoSpaceDN w:val="0"/>
              <w:rPr>
                <w:rFonts w:ascii="Times New Roman" w:hAnsi="Times New Roman" w:cs="Times New Roman"/>
                <w:b/>
                <w:color w:val="000000"/>
                <w:sz w:val="24"/>
                <w:szCs w:val="24"/>
                <w:shd w:val="clear" w:color="auto" w:fill="FFFFFF"/>
                <w:lang w:val="ru-RU"/>
              </w:rPr>
            </w:pPr>
            <w:r w:rsidRPr="003E63E8">
              <w:rPr>
                <w:rFonts w:ascii="Times New Roman" w:hAnsi="Times New Roman" w:cs="Times New Roman"/>
                <w:b/>
                <w:color w:val="000000"/>
                <w:sz w:val="24"/>
                <w:szCs w:val="24"/>
                <w:shd w:val="clear" w:color="auto" w:fill="FFFFFF"/>
                <w:lang w:val="ru-RU"/>
              </w:rPr>
              <w:t>Раздел 2 . Семья и духовно-нравственные ценности</w:t>
            </w:r>
            <w:r>
              <w:rPr>
                <w:rFonts w:ascii="Times New Roman" w:hAnsi="Times New Roman" w:cs="Times New Roman"/>
                <w:b/>
                <w:color w:val="000000"/>
                <w:sz w:val="24"/>
                <w:szCs w:val="24"/>
                <w:shd w:val="clear" w:color="auto" w:fill="FFFFFF"/>
                <w:lang w:val="ru-RU"/>
              </w:rPr>
              <w:t xml:space="preserve">  6 ч.</w:t>
            </w:r>
          </w:p>
        </w:tc>
      </w:tr>
      <w:tr w:rsidR="00B171DE" w:rsidRPr="003E63E8"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11</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Семья – хранитель духовных ценностей</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B171DE"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RPr="003E63E8"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12</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Родина начинается с семьи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B171DE"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RPr="006D561F"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13</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Традиции семейного воспитания в России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Default="00B171DE" w:rsidP="00B171DE">
            <w:pPr>
              <w:autoSpaceDE w:val="0"/>
              <w:autoSpaceDN w:val="0"/>
              <w:rPr>
                <w:rFonts w:ascii="Times New Roman" w:hAnsi="Times New Roman" w:cs="Times New Roman"/>
                <w:sz w:val="20"/>
                <w:szCs w:val="20"/>
                <w:lang w:val="ru-RU"/>
              </w:rPr>
            </w:pPr>
            <w:r>
              <w:rPr>
                <w:rFonts w:ascii="Times New Roman" w:hAnsi="Times New Roman" w:cs="Times New Roman"/>
                <w:sz w:val="20"/>
                <w:szCs w:val="20"/>
                <w:lang w:val="ru-RU"/>
              </w:rPr>
              <w:t>у</w:t>
            </w:r>
            <w:r w:rsidRPr="00F83B64">
              <w:rPr>
                <w:rFonts w:ascii="Times New Roman" w:hAnsi="Times New Roman" w:cs="Times New Roman"/>
                <w:sz w:val="20"/>
                <w:szCs w:val="20"/>
                <w:lang w:val="ru-RU"/>
              </w:rPr>
              <w:t>стный опрос</w:t>
            </w:r>
          </w:p>
          <w:p w:rsidR="00B171DE"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14</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Образ семьи в культуре народов России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Pr="00E10F70" w:rsidRDefault="00B171DE" w:rsidP="00865A56">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15</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Труд в истории семьи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Pr="00E10F70" w:rsidRDefault="00B171DE" w:rsidP="00865A56">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003E63E8">
              <w:rPr>
                <w:rFonts w:ascii="Times New Roman" w:hAnsi="Times New Roman" w:cs="Times New Roman"/>
                <w:color w:val="000000"/>
                <w:sz w:val="20"/>
                <w:szCs w:val="20"/>
                <w:shd w:val="clear" w:color="auto" w:fill="FFFFFF"/>
                <w:lang w:val="ru-RU"/>
              </w:rPr>
              <w:t>стный опрос</w:t>
            </w:r>
            <w:r w:rsidRPr="00B171DE">
              <w:rPr>
                <w:rFonts w:ascii="Times New Roman" w:hAnsi="Times New Roman" w:cs="Times New Roman"/>
                <w:color w:val="000000"/>
                <w:sz w:val="20"/>
                <w:szCs w:val="20"/>
                <w:shd w:val="clear" w:color="auto" w:fill="FFFFFF"/>
                <w:lang w:val="ru-RU"/>
              </w:rPr>
              <w:t xml:space="preserve"> </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lastRenderedPageBreak/>
              <w:t>16</w:t>
            </w:r>
          </w:p>
        </w:tc>
        <w:tc>
          <w:tcPr>
            <w:tcW w:w="3194" w:type="dxa"/>
            <w:gridSpan w:val="2"/>
          </w:tcPr>
          <w:p w:rsidR="003E63E8" w:rsidRPr="00F74FA8" w:rsidRDefault="003E63E8" w:rsidP="003E63E8">
            <w:pPr>
              <w:autoSpaceDE w:val="0"/>
              <w:autoSpaceDN w:val="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 xml:space="preserve">Семья в современном мире </w:t>
            </w:r>
          </w:p>
          <w:p w:rsidR="00B171DE" w:rsidRPr="00F74FA8" w:rsidRDefault="003E63E8" w:rsidP="003E63E8">
            <w:pPr>
              <w:autoSpaceDE w:val="0"/>
              <w:autoSpaceDN w:val="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(практическое занятие)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3E63E8" w:rsidRDefault="003E63E8" w:rsidP="003E63E8">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B171DE" w:rsidRPr="00E10F70" w:rsidRDefault="003E63E8"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3E63E8" w:rsidRPr="00506BB1" w:rsidTr="003E63E8">
        <w:trPr>
          <w:trHeight w:val="495"/>
        </w:trPr>
        <w:tc>
          <w:tcPr>
            <w:tcW w:w="10800" w:type="dxa"/>
            <w:gridSpan w:val="8"/>
          </w:tcPr>
          <w:p w:rsidR="003E63E8" w:rsidRPr="003E63E8" w:rsidRDefault="003E63E8" w:rsidP="003E63E8">
            <w:pPr>
              <w:autoSpaceDE w:val="0"/>
              <w:autoSpaceDN w:val="0"/>
              <w:rPr>
                <w:rFonts w:ascii="Times New Roman" w:hAnsi="Times New Roman" w:cs="Times New Roman"/>
                <w:b/>
                <w:sz w:val="24"/>
                <w:szCs w:val="24"/>
                <w:lang w:val="ru-RU"/>
              </w:rPr>
            </w:pPr>
            <w:r w:rsidRPr="003E63E8">
              <w:rPr>
                <w:rFonts w:ascii="Times New Roman" w:hAnsi="Times New Roman" w:cs="Times New Roman"/>
                <w:b/>
                <w:sz w:val="24"/>
                <w:szCs w:val="24"/>
                <w:lang w:val="ru-RU"/>
              </w:rPr>
              <w:t>Раздел 3. Духовно-нравственное богатство личности</w:t>
            </w:r>
            <w:r>
              <w:rPr>
                <w:rFonts w:ascii="Times New Roman" w:hAnsi="Times New Roman" w:cs="Times New Roman"/>
                <w:b/>
                <w:sz w:val="24"/>
                <w:szCs w:val="24"/>
                <w:lang w:val="ru-RU"/>
              </w:rPr>
              <w:t xml:space="preserve">    3 ч.</w:t>
            </w:r>
          </w:p>
        </w:tc>
      </w:tr>
      <w:tr w:rsidR="00C76363" w:rsidRPr="003E63E8"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17</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Личность- общество - культура</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3328DA">
              <w:rPr>
                <w:rFonts w:ascii="Times New Roman" w:hAnsi="Times New Roman" w:cs="Times New Roman"/>
                <w:color w:val="000000"/>
                <w:sz w:val="20"/>
                <w:szCs w:val="20"/>
                <w:shd w:val="clear" w:color="auto" w:fill="FFFFFF"/>
                <w:lang w:val="ru-RU"/>
              </w:rPr>
              <w:t>устный опрос</w:t>
            </w:r>
          </w:p>
        </w:tc>
      </w:tr>
      <w:tr w:rsidR="00C76363" w:rsidRPr="006D561F"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18</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Духовный мир человека. Человек – творец культуры.</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3328DA">
              <w:rPr>
                <w:rFonts w:ascii="Times New Roman" w:hAnsi="Times New Roman" w:cs="Times New Roman"/>
                <w:color w:val="000000"/>
                <w:sz w:val="20"/>
                <w:szCs w:val="20"/>
                <w:shd w:val="clear" w:color="auto" w:fill="FFFFFF"/>
                <w:lang w:val="ru-RU"/>
              </w:rPr>
              <w:t>устный опрос</w:t>
            </w:r>
          </w:p>
        </w:tc>
      </w:tr>
      <w:tr w:rsidR="00B171DE" w:rsidRPr="006D561F"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19</w:t>
            </w:r>
          </w:p>
        </w:tc>
        <w:tc>
          <w:tcPr>
            <w:tcW w:w="3194" w:type="dxa"/>
            <w:gridSpan w:val="2"/>
          </w:tcPr>
          <w:p w:rsidR="00B171DE" w:rsidRPr="00F74FA8" w:rsidRDefault="003E63E8" w:rsidP="00E235C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Личность и духовно-нравственные ценности.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sidP="00C76363">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B171DE" w:rsidRPr="00E10F70" w:rsidRDefault="00C76363" w:rsidP="00C76363">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3E63E8" w:rsidRPr="00506BB1" w:rsidTr="003E63E8">
        <w:trPr>
          <w:trHeight w:val="495"/>
        </w:trPr>
        <w:tc>
          <w:tcPr>
            <w:tcW w:w="10800" w:type="dxa"/>
            <w:gridSpan w:val="8"/>
          </w:tcPr>
          <w:p w:rsidR="003E63E8" w:rsidRPr="00F74FA8" w:rsidRDefault="003E63E8" w:rsidP="00B171DE">
            <w:pPr>
              <w:autoSpaceDE w:val="0"/>
              <w:autoSpaceDN w:val="0"/>
              <w:spacing w:after="320" w:line="230" w:lineRule="auto"/>
              <w:rPr>
                <w:rFonts w:ascii="Times New Roman" w:eastAsia="Times New Roman" w:hAnsi="Times New Roman"/>
                <w:b/>
                <w:color w:val="000000"/>
                <w:sz w:val="24"/>
                <w:szCs w:val="24"/>
                <w:lang w:val="ru-RU"/>
              </w:rPr>
            </w:pPr>
            <w:r w:rsidRPr="00F74FA8">
              <w:rPr>
                <w:rFonts w:ascii="Times New Roman" w:eastAsia="Times New Roman" w:hAnsi="Times New Roman"/>
                <w:b/>
                <w:color w:val="000000"/>
                <w:sz w:val="24"/>
                <w:szCs w:val="24"/>
                <w:lang w:val="ru-RU"/>
              </w:rPr>
              <w:t xml:space="preserve">Раздел 4. </w:t>
            </w:r>
            <w:r w:rsidR="00F74FA8" w:rsidRPr="00F74FA8">
              <w:rPr>
                <w:rFonts w:ascii="Times New Roman" w:eastAsia="Times New Roman" w:hAnsi="Times New Roman"/>
                <w:b/>
                <w:color w:val="000000"/>
                <w:sz w:val="24"/>
                <w:szCs w:val="24"/>
                <w:lang w:val="ru-RU"/>
              </w:rPr>
              <w:t>Культурное единство России</w:t>
            </w:r>
            <w:r w:rsidR="00163D1C">
              <w:rPr>
                <w:rFonts w:ascii="Times New Roman" w:eastAsia="Times New Roman" w:hAnsi="Times New Roman"/>
                <w:b/>
                <w:color w:val="000000"/>
                <w:sz w:val="24"/>
                <w:szCs w:val="24"/>
                <w:lang w:val="ru-RU"/>
              </w:rPr>
              <w:t xml:space="preserve">  13ч.</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20</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Историческая память как духовно-нравственная ценность</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RPr="006D561F"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21</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Литература как язык культуры</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22</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Взаимовлияние культур</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23</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Духовно-нравственные ценности российского народа</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24</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Регионы России: культурное многообразие</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25</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Праздники в культуре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26</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Памятники архитектуры в культуре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27</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Музыкальная культура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28</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Изобразительное искусство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F6001D">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29</w:t>
            </w:r>
          </w:p>
        </w:tc>
        <w:tc>
          <w:tcPr>
            <w:tcW w:w="3194" w:type="dxa"/>
            <w:gridSpan w:val="2"/>
          </w:tcPr>
          <w:p w:rsidR="00C76363" w:rsidRPr="00F74FA8" w:rsidRDefault="00C76363" w:rsidP="004B4702">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Фольклор и литература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 w:rsidRPr="00F6001D">
              <w:rPr>
                <w:rFonts w:ascii="Times New Roman" w:hAnsi="Times New Roman" w:cs="Times New Roman"/>
                <w:color w:val="000000"/>
                <w:sz w:val="20"/>
                <w:szCs w:val="20"/>
                <w:shd w:val="clear" w:color="auto" w:fill="FFFFFF"/>
                <w:lang w:val="ru-RU"/>
              </w:rPr>
              <w:t>устный опрос</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30</w:t>
            </w:r>
          </w:p>
        </w:tc>
        <w:tc>
          <w:tcPr>
            <w:tcW w:w="3194" w:type="dxa"/>
            <w:gridSpan w:val="2"/>
          </w:tcPr>
          <w:p w:rsidR="00B171DE" w:rsidRPr="00F74FA8" w:rsidRDefault="00F74FA8" w:rsidP="004B4702">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Бытовые традиции народов России: пища, одежда, дом (практическое занятие)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3639EA"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F74FA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sidP="00C76363">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B171DE" w:rsidRPr="00E10F70" w:rsidRDefault="00C76363" w:rsidP="00C76363">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31</w:t>
            </w:r>
          </w:p>
        </w:tc>
        <w:tc>
          <w:tcPr>
            <w:tcW w:w="3194" w:type="dxa"/>
            <w:gridSpan w:val="2"/>
          </w:tcPr>
          <w:p w:rsidR="00B171DE" w:rsidRPr="00F74FA8" w:rsidRDefault="00F74FA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Культурная карта России (практическое занятие)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3639EA"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F74FA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Default="00C76363" w:rsidP="00C76363">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B171DE" w:rsidRPr="00E10F70" w:rsidRDefault="00C76363" w:rsidP="00C76363">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32</w:t>
            </w:r>
          </w:p>
        </w:tc>
        <w:tc>
          <w:tcPr>
            <w:tcW w:w="3194" w:type="dxa"/>
            <w:gridSpan w:val="2"/>
          </w:tcPr>
          <w:p w:rsidR="00B171DE" w:rsidRPr="00F74FA8" w:rsidRDefault="00F74FA8" w:rsidP="00F74FA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Единство страны – залог </w:t>
            </w:r>
            <w:r>
              <w:rPr>
                <w:rFonts w:ascii="Times New Roman" w:eastAsia="Times New Roman" w:hAnsi="Times New Roman"/>
                <w:color w:val="000000"/>
                <w:sz w:val="24"/>
                <w:szCs w:val="24"/>
                <w:lang w:val="ru-RU"/>
              </w:rPr>
              <w:lastRenderedPageBreak/>
              <w:t>будущего России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lastRenderedPageBreak/>
              <w:t>1</w:t>
            </w:r>
          </w:p>
        </w:tc>
        <w:tc>
          <w:tcPr>
            <w:tcW w:w="1417" w:type="dxa"/>
          </w:tcPr>
          <w:p w:rsidR="00B171DE" w:rsidRDefault="003639EA"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F74FA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Pr="00E10F70" w:rsidRDefault="00C76363">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устный опрос</w:t>
            </w:r>
          </w:p>
        </w:tc>
      </w:tr>
      <w:tr w:rsidR="00F74FA8" w:rsidRPr="00163D1C" w:rsidTr="00143C88">
        <w:trPr>
          <w:trHeight w:val="495"/>
        </w:trPr>
        <w:tc>
          <w:tcPr>
            <w:tcW w:w="10800" w:type="dxa"/>
            <w:gridSpan w:val="8"/>
          </w:tcPr>
          <w:p w:rsidR="00163D1C" w:rsidRPr="00163D1C" w:rsidRDefault="00163D1C" w:rsidP="00163D1C">
            <w:pPr>
              <w:autoSpaceDE w:val="0"/>
              <w:autoSpaceDN w:val="0"/>
              <w:ind w:left="180" w:right="-14"/>
              <w:jc w:val="both"/>
              <w:rPr>
                <w:rFonts w:ascii="Times New Roman" w:eastAsia="Times New Roman" w:hAnsi="Times New Roman" w:cs="Times New Roman"/>
                <w:b/>
                <w:color w:val="000000"/>
                <w:w w:val="97"/>
                <w:sz w:val="24"/>
                <w:szCs w:val="24"/>
                <w:lang w:val="ru-RU"/>
              </w:rPr>
            </w:pPr>
            <w:r w:rsidRPr="00163D1C">
              <w:rPr>
                <w:rFonts w:ascii="Times New Roman" w:eastAsia="Times New Roman" w:hAnsi="Times New Roman" w:cs="Times New Roman"/>
                <w:b/>
                <w:color w:val="000000"/>
                <w:w w:val="97"/>
                <w:sz w:val="24"/>
                <w:szCs w:val="24"/>
                <w:lang w:val="ru-RU"/>
              </w:rPr>
              <w:lastRenderedPageBreak/>
              <w:t>Раздел 5. Обобщение</w:t>
            </w:r>
            <w:r>
              <w:rPr>
                <w:rFonts w:ascii="Times New Roman" w:eastAsia="Times New Roman" w:hAnsi="Times New Roman" w:cs="Times New Roman"/>
                <w:b/>
                <w:color w:val="000000"/>
                <w:w w:val="97"/>
                <w:sz w:val="24"/>
                <w:szCs w:val="24"/>
                <w:lang w:val="ru-RU"/>
              </w:rPr>
              <w:t xml:space="preserve"> 2 ч.</w:t>
            </w:r>
          </w:p>
          <w:p w:rsidR="00F74FA8" w:rsidRPr="00E10F70" w:rsidRDefault="00F74FA8">
            <w:pPr>
              <w:autoSpaceDE w:val="0"/>
              <w:autoSpaceDN w:val="0"/>
              <w:spacing w:after="320" w:line="230" w:lineRule="auto"/>
              <w:rPr>
                <w:rFonts w:ascii="Times New Roman" w:eastAsia="Times New Roman" w:hAnsi="Times New Roman"/>
                <w:b/>
                <w:color w:val="000000"/>
                <w:sz w:val="20"/>
                <w:szCs w:val="20"/>
                <w:lang w:val="ru-RU"/>
              </w:rPr>
            </w:pPr>
          </w:p>
        </w:tc>
      </w:tr>
      <w:tr w:rsidR="00B171DE" w:rsidRPr="00C76363" w:rsidTr="00F74FA8">
        <w:trPr>
          <w:trHeight w:val="495"/>
        </w:trPr>
        <w:tc>
          <w:tcPr>
            <w:tcW w:w="600" w:type="dxa"/>
          </w:tcPr>
          <w:p w:rsidR="00B171DE" w:rsidRPr="00F74FA8" w:rsidRDefault="00B171DE" w:rsidP="004B4702">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33</w:t>
            </w:r>
          </w:p>
        </w:tc>
        <w:tc>
          <w:tcPr>
            <w:tcW w:w="3194" w:type="dxa"/>
            <w:gridSpan w:val="2"/>
          </w:tcPr>
          <w:p w:rsidR="00B171DE" w:rsidRPr="00163D1C" w:rsidRDefault="00163D1C">
            <w:pPr>
              <w:autoSpaceDE w:val="0"/>
              <w:autoSpaceDN w:val="0"/>
              <w:spacing w:after="320" w:line="230" w:lineRule="auto"/>
              <w:rPr>
                <w:rFonts w:ascii="Times New Roman" w:eastAsia="Times New Roman" w:hAnsi="Times New Roman"/>
                <w:color w:val="000000"/>
                <w:sz w:val="24"/>
                <w:szCs w:val="24"/>
                <w:lang w:val="ru-RU"/>
              </w:rPr>
            </w:pPr>
            <w:r w:rsidRPr="00163D1C">
              <w:rPr>
                <w:rFonts w:ascii="Times New Roman" w:eastAsia="Times New Roman" w:hAnsi="Times New Roman" w:cs="Times New Roman"/>
                <w:color w:val="000000"/>
                <w:w w:val="97"/>
                <w:sz w:val="24"/>
                <w:szCs w:val="24"/>
                <w:lang w:val="ru-RU"/>
              </w:rPr>
              <w:t>Повторение по курсу</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3639EA"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B171DE">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171DE" w:rsidRPr="00C76363" w:rsidRDefault="00C76363" w:rsidP="00C76363">
            <w:pPr>
              <w:autoSpaceDE w:val="0"/>
              <w:autoSpaceDN w:val="0"/>
              <w:spacing w:after="320" w:line="230" w:lineRule="auto"/>
              <w:rPr>
                <w:rFonts w:ascii="Times New Roman" w:eastAsia="Times New Roman" w:hAnsi="Times New Roman"/>
                <w:color w:val="000000"/>
                <w:sz w:val="20"/>
                <w:szCs w:val="20"/>
                <w:lang w:val="ru-RU"/>
              </w:rPr>
            </w:pPr>
            <w:r w:rsidRPr="00C76363">
              <w:rPr>
                <w:rFonts w:ascii="Times New Roman" w:eastAsia="Times New Roman" w:hAnsi="Times New Roman"/>
                <w:color w:val="000000"/>
                <w:sz w:val="20"/>
                <w:szCs w:val="20"/>
                <w:lang w:val="ru-RU"/>
              </w:rPr>
              <w:t>устный опрос, итоговый контроль</w:t>
            </w:r>
          </w:p>
        </w:tc>
      </w:tr>
      <w:tr w:rsidR="00C76363" w:rsidRPr="00C76363" w:rsidTr="00F74FA8">
        <w:trPr>
          <w:trHeight w:val="495"/>
        </w:trPr>
        <w:tc>
          <w:tcPr>
            <w:tcW w:w="600" w:type="dxa"/>
          </w:tcPr>
          <w:p w:rsidR="00C76363" w:rsidRPr="00F74FA8" w:rsidRDefault="00C76363" w:rsidP="004B4702">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34</w:t>
            </w:r>
          </w:p>
        </w:tc>
        <w:tc>
          <w:tcPr>
            <w:tcW w:w="3194" w:type="dxa"/>
            <w:gridSpan w:val="2"/>
          </w:tcPr>
          <w:p w:rsidR="00C76363" w:rsidRPr="00163D1C" w:rsidRDefault="00163D1C">
            <w:pPr>
              <w:autoSpaceDE w:val="0"/>
              <w:autoSpaceDN w:val="0"/>
              <w:spacing w:after="320" w:line="230" w:lineRule="auto"/>
              <w:rPr>
                <w:rFonts w:ascii="Times New Roman" w:eastAsia="Times New Roman" w:hAnsi="Times New Roman"/>
                <w:color w:val="000000"/>
                <w:sz w:val="24"/>
                <w:szCs w:val="24"/>
                <w:lang w:val="ru-RU"/>
              </w:rPr>
            </w:pPr>
            <w:r w:rsidRPr="00163D1C">
              <w:rPr>
                <w:rFonts w:ascii="Times New Roman" w:eastAsia="Times New Roman" w:hAnsi="Times New Roman" w:cs="Times New Roman"/>
                <w:color w:val="000000"/>
                <w:w w:val="97"/>
                <w:sz w:val="24"/>
                <w:szCs w:val="24"/>
                <w:lang w:val="ru-RU"/>
              </w:rPr>
              <w:t>Повторение по курсу</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34" w:type="dxa"/>
          </w:tcPr>
          <w:p w:rsidR="00C76363" w:rsidRPr="00E10F70" w:rsidRDefault="00C76363">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C76363" w:rsidRPr="00C76363" w:rsidRDefault="00C76363" w:rsidP="00844488">
            <w:pPr>
              <w:autoSpaceDE w:val="0"/>
              <w:autoSpaceDN w:val="0"/>
              <w:spacing w:after="320" w:line="230" w:lineRule="auto"/>
              <w:rPr>
                <w:rFonts w:ascii="Times New Roman" w:eastAsia="Times New Roman" w:hAnsi="Times New Roman"/>
                <w:color w:val="000000"/>
                <w:sz w:val="20"/>
                <w:szCs w:val="20"/>
                <w:lang w:val="ru-RU"/>
              </w:rPr>
            </w:pPr>
            <w:r w:rsidRPr="00C76363">
              <w:rPr>
                <w:rFonts w:ascii="Times New Roman" w:eastAsia="Times New Roman" w:hAnsi="Times New Roman"/>
                <w:color w:val="000000"/>
                <w:sz w:val="20"/>
                <w:szCs w:val="20"/>
                <w:lang w:val="ru-RU"/>
              </w:rPr>
              <w:t>устный опрос, итоговый контроль</w:t>
            </w:r>
          </w:p>
        </w:tc>
      </w:tr>
    </w:tbl>
    <w:p w:rsidR="00E10F70" w:rsidRDefault="00E10F70">
      <w:pPr>
        <w:autoSpaceDE w:val="0"/>
        <w:autoSpaceDN w:val="0"/>
        <w:spacing w:after="320" w:line="230" w:lineRule="auto"/>
        <w:rPr>
          <w:rFonts w:ascii="Times New Roman" w:eastAsia="Times New Roman" w:hAnsi="Times New Roman"/>
          <w:b/>
          <w:color w:val="000000"/>
          <w:sz w:val="24"/>
          <w:lang w:val="ru-RU"/>
        </w:rPr>
      </w:pPr>
    </w:p>
    <w:p w:rsidR="002A399F" w:rsidRDefault="002A399F" w:rsidP="002A399F">
      <w:pPr>
        <w:autoSpaceDE w:val="0"/>
        <w:autoSpaceDN w:val="0"/>
        <w:spacing w:after="320" w:line="230" w:lineRule="auto"/>
        <w:rPr>
          <w:rFonts w:ascii="Times New Roman" w:eastAsia="Times New Roman" w:hAnsi="Times New Roman"/>
          <w:b/>
          <w:color w:val="000000"/>
          <w:sz w:val="24"/>
          <w:lang w:val="ru-RU"/>
        </w:rPr>
      </w:pPr>
      <w:r w:rsidRPr="00881A9D">
        <w:rPr>
          <w:rFonts w:ascii="Times New Roman" w:eastAsia="Times New Roman" w:hAnsi="Times New Roman"/>
          <w:b/>
          <w:color w:val="000000"/>
          <w:sz w:val="24"/>
          <w:lang w:val="ru-RU"/>
        </w:rPr>
        <w:t>ПОУРОЧНОЕ ПЛАНИРОВАНИЕ</w:t>
      </w:r>
      <w:r>
        <w:rPr>
          <w:rFonts w:ascii="Times New Roman" w:eastAsia="Times New Roman" w:hAnsi="Times New Roman"/>
          <w:b/>
          <w:color w:val="000000"/>
          <w:sz w:val="24"/>
          <w:lang w:val="ru-RU"/>
        </w:rPr>
        <w:t xml:space="preserve"> 6 класс</w:t>
      </w:r>
      <w:r w:rsidRPr="00881A9D">
        <w:rPr>
          <w:rFonts w:ascii="Times New Roman" w:eastAsia="Times New Roman" w:hAnsi="Times New Roman"/>
          <w:b/>
          <w:color w:val="000000"/>
          <w:sz w:val="24"/>
          <w:lang w:val="ru-RU"/>
        </w:rPr>
        <w:t xml:space="preserve"> </w:t>
      </w:r>
    </w:p>
    <w:tbl>
      <w:tblPr>
        <w:tblStyle w:val="aff0"/>
        <w:tblW w:w="0" w:type="auto"/>
        <w:tblLook w:val="04A0" w:firstRow="1" w:lastRow="0" w:firstColumn="1" w:lastColumn="0" w:noHBand="0" w:noVBand="1"/>
      </w:tblPr>
      <w:tblGrid>
        <w:gridCol w:w="600"/>
        <w:gridCol w:w="2860"/>
        <w:gridCol w:w="725"/>
        <w:gridCol w:w="1464"/>
        <w:gridCol w:w="1522"/>
        <w:gridCol w:w="1434"/>
        <w:gridCol w:w="2195"/>
      </w:tblGrid>
      <w:tr w:rsidR="002A399F" w:rsidRPr="00C76363" w:rsidTr="003E63E8">
        <w:trPr>
          <w:trHeight w:val="270"/>
        </w:trPr>
        <w:tc>
          <w:tcPr>
            <w:tcW w:w="600" w:type="dxa"/>
            <w:vMerge w:val="restart"/>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w:t>
            </w:r>
            <w:r w:rsidRPr="00881A9D">
              <w:rPr>
                <w:sz w:val="20"/>
                <w:szCs w:val="20"/>
                <w:lang w:val="ru-RU"/>
              </w:rPr>
              <w:br/>
            </w:r>
            <w:r w:rsidRPr="00881A9D">
              <w:rPr>
                <w:rFonts w:ascii="Times New Roman" w:eastAsia="Times New Roman" w:hAnsi="Times New Roman"/>
                <w:b/>
                <w:color w:val="000000"/>
                <w:sz w:val="20"/>
                <w:szCs w:val="20"/>
                <w:lang w:val="ru-RU"/>
              </w:rPr>
              <w:t>п/п</w:t>
            </w:r>
          </w:p>
        </w:tc>
        <w:tc>
          <w:tcPr>
            <w:tcW w:w="2860" w:type="dxa"/>
            <w:vMerge w:val="restart"/>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Тема урок</w:t>
            </w:r>
            <w:r w:rsidRPr="00C76363">
              <w:rPr>
                <w:rFonts w:ascii="Times New Roman" w:eastAsia="Times New Roman" w:hAnsi="Times New Roman"/>
                <w:b/>
                <w:color w:val="000000"/>
                <w:sz w:val="20"/>
                <w:szCs w:val="20"/>
                <w:lang w:val="ru-RU"/>
              </w:rPr>
              <w:t>а</w:t>
            </w:r>
          </w:p>
        </w:tc>
        <w:tc>
          <w:tcPr>
            <w:tcW w:w="3711" w:type="dxa"/>
            <w:gridSpan w:val="3"/>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Количество часов</w:t>
            </w:r>
          </w:p>
        </w:tc>
        <w:tc>
          <w:tcPr>
            <w:tcW w:w="1434" w:type="dxa"/>
            <w:vMerge w:val="restart"/>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Дата изучения</w:t>
            </w:r>
          </w:p>
        </w:tc>
        <w:tc>
          <w:tcPr>
            <w:tcW w:w="2195" w:type="dxa"/>
            <w:vMerge w:val="restart"/>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Виды, формы контроля</w:t>
            </w:r>
          </w:p>
        </w:tc>
      </w:tr>
      <w:tr w:rsidR="002A399F" w:rsidTr="003E63E8">
        <w:trPr>
          <w:trHeight w:val="495"/>
        </w:trPr>
        <w:tc>
          <w:tcPr>
            <w:tcW w:w="600" w:type="dxa"/>
            <w:vMerge/>
          </w:tcPr>
          <w:p w:rsidR="002A399F" w:rsidRPr="00C76363"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860" w:type="dxa"/>
            <w:vMerge/>
          </w:tcPr>
          <w:p w:rsidR="002A399F" w:rsidRPr="00C76363"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72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всего</w:t>
            </w:r>
          </w:p>
        </w:tc>
        <w:tc>
          <w:tcPr>
            <w:tcW w:w="146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Контрольные работы</w:t>
            </w:r>
          </w:p>
        </w:tc>
        <w:tc>
          <w:tcPr>
            <w:tcW w:w="1522"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 xml:space="preserve">Практические работы </w:t>
            </w:r>
          </w:p>
        </w:tc>
        <w:tc>
          <w:tcPr>
            <w:tcW w:w="1434" w:type="dxa"/>
            <w:vMerge/>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vMerge/>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r>
      <w:tr w:rsidR="00A9617E" w:rsidRPr="001B0EE6" w:rsidTr="00581EF5">
        <w:trPr>
          <w:trHeight w:val="495"/>
        </w:trPr>
        <w:tc>
          <w:tcPr>
            <w:tcW w:w="10800" w:type="dxa"/>
            <w:gridSpan w:val="7"/>
          </w:tcPr>
          <w:p w:rsidR="00A9617E" w:rsidRPr="00A9617E" w:rsidRDefault="00A9617E" w:rsidP="003E63E8">
            <w:pPr>
              <w:autoSpaceDE w:val="0"/>
              <w:autoSpaceDN w:val="0"/>
              <w:spacing w:after="320" w:line="230" w:lineRule="auto"/>
              <w:rPr>
                <w:rFonts w:ascii="Times New Roman" w:eastAsia="Times New Roman" w:hAnsi="Times New Roman"/>
                <w:b/>
                <w:color w:val="000000"/>
                <w:sz w:val="24"/>
                <w:szCs w:val="24"/>
                <w:lang w:val="ru-RU"/>
              </w:rPr>
            </w:pPr>
            <w:r w:rsidRPr="00A9617E">
              <w:rPr>
                <w:rFonts w:ascii="Times New Roman" w:eastAsia="Times New Roman" w:hAnsi="Times New Roman"/>
                <w:b/>
                <w:color w:val="000000"/>
                <w:sz w:val="24"/>
                <w:szCs w:val="24"/>
                <w:lang w:val="ru-RU"/>
              </w:rPr>
              <w:t>Раздел 1. Культура как социальность</w:t>
            </w:r>
            <w:r>
              <w:rPr>
                <w:rFonts w:ascii="Times New Roman" w:eastAsia="Times New Roman" w:hAnsi="Times New Roman"/>
                <w:b/>
                <w:color w:val="000000"/>
                <w:sz w:val="24"/>
                <w:szCs w:val="24"/>
                <w:lang w:val="ru-RU"/>
              </w:rPr>
              <w:t xml:space="preserve">  8ч.</w:t>
            </w:r>
          </w:p>
        </w:tc>
      </w:tr>
      <w:tr w:rsidR="002A399F" w:rsidRPr="00A9617E"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Мир культуры: его структура</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Default="002A399F" w:rsidP="003E63E8">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r>
      <w:tr w:rsidR="002A399F" w:rsidRPr="00A9617E"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Культура России: многообразие регионов</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Default="002A399F" w:rsidP="003E63E8">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2A399F" w:rsidRPr="00A9617E"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История быта как история культуры</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 xml:space="preserve">стный опрос; </w:t>
            </w:r>
          </w:p>
        </w:tc>
      </w:tr>
      <w:tr w:rsidR="002A399F" w:rsidRPr="00A9617E"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4</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Прогресс: технический и социальный</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5</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Образование в культуре народов России</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A9617E" w:rsidTr="003E63E8">
        <w:trPr>
          <w:trHeight w:val="495"/>
        </w:trPr>
        <w:tc>
          <w:tcPr>
            <w:tcW w:w="600" w:type="dxa"/>
          </w:tcPr>
          <w:p w:rsidR="00A9617E"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6</w:t>
            </w:r>
          </w:p>
        </w:tc>
        <w:tc>
          <w:tcPr>
            <w:tcW w:w="2860" w:type="dxa"/>
          </w:tcPr>
          <w:p w:rsidR="00A9617E"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Права и обязанности человека</w:t>
            </w:r>
          </w:p>
        </w:tc>
        <w:tc>
          <w:tcPr>
            <w:tcW w:w="725"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A9617E" w:rsidRPr="00E10F70" w:rsidRDefault="00A9617E"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A9617E" w:rsidRPr="00E10F70" w:rsidRDefault="00A9617E" w:rsidP="0084448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A9617E" w:rsidTr="003E63E8">
        <w:trPr>
          <w:trHeight w:val="495"/>
        </w:trPr>
        <w:tc>
          <w:tcPr>
            <w:tcW w:w="600" w:type="dxa"/>
          </w:tcPr>
          <w:p w:rsidR="00A9617E"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7</w:t>
            </w:r>
          </w:p>
        </w:tc>
        <w:tc>
          <w:tcPr>
            <w:tcW w:w="2860" w:type="dxa"/>
          </w:tcPr>
          <w:p w:rsidR="00A9617E"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Общество и религия: духовно-нравственное взаимодействие</w:t>
            </w:r>
          </w:p>
        </w:tc>
        <w:tc>
          <w:tcPr>
            <w:tcW w:w="725"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A9617E" w:rsidRPr="00E10F70" w:rsidRDefault="00A9617E"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A9617E" w:rsidRPr="00E10F70" w:rsidRDefault="00A9617E" w:rsidP="0084448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8</w:t>
            </w:r>
          </w:p>
        </w:tc>
        <w:tc>
          <w:tcPr>
            <w:tcW w:w="2860" w:type="dxa"/>
          </w:tcPr>
          <w:p w:rsidR="002A399F" w:rsidRPr="00A9617E" w:rsidRDefault="00A9617E" w:rsidP="00A9617E">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Современный мир: самое важное ( практическое занятие)</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A9617E" w:rsidRDefault="00A9617E" w:rsidP="00A9617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2A399F" w:rsidRPr="00E10F70" w:rsidRDefault="00A9617E" w:rsidP="00A9617E">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A9617E" w:rsidRPr="001B0EE6" w:rsidTr="00E447B9">
        <w:trPr>
          <w:trHeight w:val="495"/>
        </w:trPr>
        <w:tc>
          <w:tcPr>
            <w:tcW w:w="10800" w:type="dxa"/>
            <w:gridSpan w:val="7"/>
          </w:tcPr>
          <w:p w:rsidR="00A9617E" w:rsidRPr="003E0C67" w:rsidRDefault="004E1214" w:rsidP="004E1214">
            <w:pPr>
              <w:autoSpaceDE w:val="0"/>
              <w:autoSpaceDN w:val="0"/>
              <w:rPr>
                <w:rFonts w:ascii="Times New Roman" w:hAnsi="Times New Roman" w:cs="Times New Roman"/>
                <w:sz w:val="20"/>
                <w:szCs w:val="20"/>
                <w:lang w:val="ru-RU"/>
              </w:rPr>
            </w:pPr>
            <w:r w:rsidRPr="00A9617E">
              <w:rPr>
                <w:rFonts w:ascii="Times New Roman" w:eastAsia="Times New Roman" w:hAnsi="Times New Roman"/>
                <w:b/>
                <w:color w:val="000000"/>
                <w:sz w:val="24"/>
                <w:szCs w:val="24"/>
                <w:lang w:val="ru-RU"/>
              </w:rPr>
              <w:t xml:space="preserve">Раздел </w:t>
            </w:r>
            <w:r>
              <w:rPr>
                <w:rFonts w:ascii="Times New Roman" w:eastAsia="Times New Roman" w:hAnsi="Times New Roman"/>
                <w:b/>
                <w:color w:val="000000"/>
                <w:sz w:val="24"/>
                <w:szCs w:val="24"/>
                <w:lang w:val="ru-RU"/>
              </w:rPr>
              <w:t>2</w:t>
            </w:r>
            <w:r w:rsidRPr="00A9617E">
              <w:rPr>
                <w:rFonts w:ascii="Times New Roman" w:eastAsia="Times New Roman" w:hAnsi="Times New Roman"/>
                <w:b/>
                <w:color w:val="000000"/>
                <w:sz w:val="24"/>
                <w:szCs w:val="24"/>
                <w:lang w:val="ru-RU"/>
              </w:rPr>
              <w:t>.</w:t>
            </w:r>
            <w:r w:rsidR="00263F6D">
              <w:rPr>
                <w:rFonts w:ascii="Times New Roman" w:eastAsia="Times New Roman" w:hAnsi="Times New Roman"/>
                <w:b/>
                <w:color w:val="000000"/>
                <w:sz w:val="24"/>
                <w:szCs w:val="24"/>
                <w:lang w:val="ru-RU"/>
              </w:rPr>
              <w:t xml:space="preserve"> Человек и его отражение в культуре</w:t>
            </w:r>
            <w:r w:rsidR="00436381">
              <w:rPr>
                <w:rFonts w:ascii="Times New Roman" w:eastAsia="Times New Roman" w:hAnsi="Times New Roman"/>
                <w:b/>
                <w:color w:val="000000"/>
                <w:sz w:val="24"/>
                <w:szCs w:val="24"/>
                <w:lang w:val="ru-RU"/>
              </w:rPr>
              <w:t xml:space="preserve">  6ч.</w:t>
            </w:r>
          </w:p>
        </w:tc>
      </w:tr>
      <w:tr w:rsidR="002A399F" w:rsidRPr="00263F6D"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9</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Каким должен быть человек? Духовно-нравственный облик и идеал человека.</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RPr="00263F6D"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10</w:t>
            </w:r>
          </w:p>
        </w:tc>
        <w:tc>
          <w:tcPr>
            <w:tcW w:w="2860" w:type="dxa"/>
          </w:tcPr>
          <w:p w:rsidR="002A399F" w:rsidRPr="00A9617E" w:rsidRDefault="00356DB7" w:rsidP="00356DB7">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Взросление человека в культуре народов России</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 xml:space="preserve">стный опрос; </w:t>
            </w:r>
          </w:p>
        </w:tc>
      </w:tr>
      <w:tr w:rsidR="002A399F" w:rsidRPr="00263F6D"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lastRenderedPageBreak/>
              <w:t>11</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Религия как источник нравственности</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Default="002A399F" w:rsidP="003E63E8">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2A399F" w:rsidRPr="00263F6D"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12</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Наука как источник знаний о человеке и человеческом</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RPr="006D561F"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13</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Этика и нравственность как категории духовной культуры</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14</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Самопознание (практическое занятие)</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2A399F" w:rsidRDefault="002A399F" w:rsidP="00356DB7">
            <w:pPr>
              <w:autoSpaceDE w:val="0"/>
              <w:autoSpaceDN w:val="0"/>
              <w:rPr>
                <w:rFonts w:ascii="Times New Roman" w:hAnsi="Times New Roman" w:cs="Times New Roman"/>
                <w:color w:val="000000"/>
                <w:sz w:val="20"/>
                <w:szCs w:val="20"/>
                <w:shd w:val="clear" w:color="auto" w:fill="FFFFFF"/>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p w:rsidR="00356DB7" w:rsidRPr="00E10F70" w:rsidRDefault="00356DB7" w:rsidP="00356DB7">
            <w:pPr>
              <w:autoSpaceDE w:val="0"/>
              <w:autoSpaceDN w:val="0"/>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практическая работа</w:t>
            </w:r>
          </w:p>
        </w:tc>
      </w:tr>
      <w:tr w:rsidR="00396484" w:rsidRPr="001B0EE6" w:rsidTr="00697F3B">
        <w:trPr>
          <w:trHeight w:val="495"/>
        </w:trPr>
        <w:tc>
          <w:tcPr>
            <w:tcW w:w="10800" w:type="dxa"/>
            <w:gridSpan w:val="7"/>
          </w:tcPr>
          <w:p w:rsidR="00396484" w:rsidRPr="00263F6D" w:rsidRDefault="00263F6D" w:rsidP="003E63E8">
            <w:pPr>
              <w:autoSpaceDE w:val="0"/>
              <w:autoSpaceDN w:val="0"/>
              <w:spacing w:after="320" w:line="230" w:lineRule="auto"/>
              <w:rPr>
                <w:rFonts w:ascii="Times New Roman" w:hAnsi="Times New Roman" w:cs="Times New Roman"/>
                <w:b/>
                <w:color w:val="000000"/>
                <w:sz w:val="24"/>
                <w:szCs w:val="24"/>
                <w:shd w:val="clear" w:color="auto" w:fill="FFFFFF"/>
                <w:lang w:val="ru-RU"/>
              </w:rPr>
            </w:pPr>
            <w:r w:rsidRPr="00263F6D">
              <w:rPr>
                <w:rFonts w:ascii="Times New Roman" w:hAnsi="Times New Roman" w:cs="Times New Roman"/>
                <w:b/>
                <w:color w:val="000000"/>
                <w:sz w:val="24"/>
                <w:szCs w:val="24"/>
                <w:shd w:val="clear" w:color="auto" w:fill="FFFFFF"/>
                <w:lang w:val="ru-RU"/>
              </w:rPr>
              <w:t>Раздел 3. Человек как член общества</w:t>
            </w:r>
            <w:r w:rsidR="00436381">
              <w:rPr>
                <w:rFonts w:ascii="Times New Roman" w:hAnsi="Times New Roman" w:cs="Times New Roman"/>
                <w:b/>
                <w:color w:val="000000"/>
                <w:sz w:val="24"/>
                <w:szCs w:val="24"/>
                <w:shd w:val="clear" w:color="auto" w:fill="FFFFFF"/>
                <w:lang w:val="ru-RU"/>
              </w:rPr>
              <w:t xml:space="preserve">  10ч.</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15</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Труд делает человека человеком</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263F6D" w:rsidRDefault="007D62B4" w:rsidP="001615B6">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16</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Подвиг: как узнать героя?</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263F6D" w:rsidRDefault="007D62B4" w:rsidP="001615B6">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17</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Люди в обществе: духовно-нравственное взаимовлияние</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263F6D" w:rsidRDefault="007D62B4" w:rsidP="001615B6">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6D561F"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18</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Проблемы современного общества как отражение его духовно-нравственного самосознания</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263F6D" w:rsidRDefault="007D62B4" w:rsidP="001615B6">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6D561F"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19</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Духовно-нравственные ориентиры социальных отношений</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AE51A1" w:rsidRDefault="007D62B4" w:rsidP="001615B6">
            <w:pPr>
              <w:rPr>
                <w:rFonts w:ascii="Times New Roman" w:hAnsi="Times New Roman" w:cs="Times New Roman"/>
                <w:color w:val="000000"/>
                <w:sz w:val="20"/>
                <w:szCs w:val="20"/>
                <w:shd w:val="clear" w:color="auto" w:fill="FFFFFF"/>
              </w:rPr>
            </w:pPr>
            <w:r w:rsidRPr="00AE51A1">
              <w:rPr>
                <w:rFonts w:ascii="Times New Roman" w:hAnsi="Times New Roman" w:cs="Times New Roman"/>
                <w:color w:val="000000"/>
                <w:sz w:val="20"/>
                <w:szCs w:val="20"/>
                <w:shd w:val="clear" w:color="auto" w:fill="FFFFFF"/>
                <w:lang w:val="ru-RU"/>
              </w:rPr>
              <w:t>устный опрос</w:t>
            </w:r>
          </w:p>
        </w:tc>
      </w:tr>
      <w:tr w:rsidR="007D62B4"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20</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Гуманизм как сущностная характеристика духовно-нравственной культуры народов России</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AE51A1" w:rsidRDefault="007D62B4" w:rsidP="001615B6">
            <w:pPr>
              <w:rPr>
                <w:rFonts w:ascii="Times New Roman" w:hAnsi="Times New Roman" w:cs="Times New Roman"/>
                <w:color w:val="000000"/>
                <w:sz w:val="20"/>
                <w:szCs w:val="20"/>
                <w:shd w:val="clear" w:color="auto" w:fill="FFFFFF"/>
              </w:rPr>
            </w:pPr>
            <w:r w:rsidRPr="00AE51A1">
              <w:rPr>
                <w:rFonts w:ascii="Times New Roman" w:hAnsi="Times New Roman" w:cs="Times New Roman"/>
                <w:color w:val="000000"/>
                <w:sz w:val="20"/>
                <w:szCs w:val="20"/>
                <w:shd w:val="clear" w:color="auto" w:fill="FFFFFF"/>
                <w:lang w:val="ru-RU"/>
              </w:rPr>
              <w:t>устный опрос</w:t>
            </w:r>
          </w:p>
        </w:tc>
      </w:tr>
      <w:tr w:rsidR="007D62B4" w:rsidRPr="006D561F"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21</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Социальные профессии; их важность для сохранения духовно-нравственного облика общества</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AE51A1" w:rsidRDefault="007D62B4" w:rsidP="001615B6">
            <w:pPr>
              <w:rPr>
                <w:rFonts w:ascii="Times New Roman" w:hAnsi="Times New Roman" w:cs="Times New Roman"/>
                <w:color w:val="000000"/>
                <w:sz w:val="20"/>
                <w:szCs w:val="20"/>
                <w:shd w:val="clear" w:color="auto" w:fill="FFFFFF"/>
              </w:rPr>
            </w:pPr>
            <w:r w:rsidRPr="00AE51A1">
              <w:rPr>
                <w:rFonts w:ascii="Times New Roman" w:hAnsi="Times New Roman" w:cs="Times New Roman"/>
                <w:color w:val="000000"/>
                <w:sz w:val="20"/>
                <w:szCs w:val="20"/>
                <w:shd w:val="clear" w:color="auto" w:fill="FFFFFF"/>
                <w:lang w:val="ru-RU"/>
              </w:rPr>
              <w:t>устный опрос</w:t>
            </w:r>
          </w:p>
        </w:tc>
      </w:tr>
      <w:tr w:rsidR="007D62B4" w:rsidRPr="00356DB7"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22</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Выдающиеся благотворители в  истории. Благотворительность как нравственный долг</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356DB7" w:rsidRDefault="007D62B4" w:rsidP="001615B6">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356DB7"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23</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Выдающиеся ученые России</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356DB7" w:rsidRDefault="007D62B4" w:rsidP="001615B6">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356DB7"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lastRenderedPageBreak/>
              <w:t>24</w:t>
            </w:r>
          </w:p>
        </w:tc>
        <w:tc>
          <w:tcPr>
            <w:tcW w:w="2860" w:type="dxa"/>
          </w:tcPr>
          <w:p w:rsidR="00356DB7" w:rsidRDefault="00356DB7" w:rsidP="00356DB7">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Моя профессия </w:t>
            </w:r>
          </w:p>
          <w:p w:rsidR="007D62B4" w:rsidRPr="00A9617E" w:rsidRDefault="00356DB7" w:rsidP="00356DB7">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практическое занятие)</w:t>
            </w:r>
          </w:p>
        </w:tc>
        <w:tc>
          <w:tcPr>
            <w:tcW w:w="725" w:type="dxa"/>
          </w:tcPr>
          <w:p w:rsidR="007D62B4" w:rsidRDefault="007D62B4" w:rsidP="00356DB7">
            <w:pPr>
              <w:autoSpaceDE w:val="0"/>
              <w:autoSpaceDN w:val="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436381"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356DB7" w:rsidRDefault="007D62B4" w:rsidP="001615B6">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r w:rsidR="00356DB7">
              <w:rPr>
                <w:rFonts w:ascii="Times New Roman" w:hAnsi="Times New Roman" w:cs="Times New Roman"/>
                <w:color w:val="000000"/>
                <w:sz w:val="20"/>
                <w:szCs w:val="20"/>
                <w:shd w:val="clear" w:color="auto" w:fill="FFFFFF"/>
                <w:lang w:val="ru-RU"/>
              </w:rPr>
              <w:t>, практическое занятие</w:t>
            </w:r>
          </w:p>
        </w:tc>
      </w:tr>
      <w:tr w:rsidR="00396484" w:rsidRPr="001B0EE6" w:rsidTr="00E16BEF">
        <w:trPr>
          <w:trHeight w:val="495"/>
        </w:trPr>
        <w:tc>
          <w:tcPr>
            <w:tcW w:w="10800" w:type="dxa"/>
            <w:gridSpan w:val="7"/>
          </w:tcPr>
          <w:p w:rsidR="00396484" w:rsidRDefault="00263F6D" w:rsidP="00BE7705">
            <w:pPr>
              <w:autoSpaceDE w:val="0"/>
              <w:autoSpaceDN w:val="0"/>
              <w:rPr>
                <w:rFonts w:ascii="Times New Roman" w:hAnsi="Times New Roman" w:cs="Times New Roman"/>
                <w:sz w:val="20"/>
                <w:szCs w:val="20"/>
                <w:lang w:val="ru-RU"/>
              </w:rPr>
            </w:pPr>
            <w:r w:rsidRPr="00A9617E">
              <w:rPr>
                <w:rFonts w:ascii="Times New Roman" w:eastAsia="Times New Roman" w:hAnsi="Times New Roman"/>
                <w:b/>
                <w:color w:val="000000"/>
                <w:sz w:val="24"/>
                <w:szCs w:val="24"/>
                <w:lang w:val="ru-RU"/>
              </w:rPr>
              <w:t xml:space="preserve">Раздел </w:t>
            </w:r>
            <w:r>
              <w:rPr>
                <w:rFonts w:ascii="Times New Roman" w:eastAsia="Times New Roman" w:hAnsi="Times New Roman"/>
                <w:b/>
                <w:color w:val="000000"/>
                <w:sz w:val="24"/>
                <w:szCs w:val="24"/>
                <w:lang w:val="ru-RU"/>
              </w:rPr>
              <w:t>4</w:t>
            </w:r>
            <w:r w:rsidRPr="00A9617E">
              <w:rPr>
                <w:rFonts w:ascii="Times New Roman" w:eastAsia="Times New Roman" w:hAnsi="Times New Roman"/>
                <w:b/>
                <w:color w:val="000000"/>
                <w:sz w:val="24"/>
                <w:szCs w:val="24"/>
                <w:lang w:val="ru-RU"/>
              </w:rPr>
              <w:t>.</w:t>
            </w:r>
            <w:r>
              <w:rPr>
                <w:rFonts w:ascii="Times New Roman" w:eastAsia="Times New Roman" w:hAnsi="Times New Roman"/>
                <w:b/>
                <w:color w:val="000000"/>
                <w:sz w:val="24"/>
                <w:szCs w:val="24"/>
                <w:lang w:val="ru-RU"/>
              </w:rPr>
              <w:t xml:space="preserve"> Родина и патриотизм</w:t>
            </w:r>
            <w:r w:rsidR="002A402A">
              <w:rPr>
                <w:rFonts w:ascii="Times New Roman" w:eastAsia="Times New Roman" w:hAnsi="Times New Roman"/>
                <w:b/>
                <w:color w:val="000000"/>
                <w:sz w:val="24"/>
                <w:szCs w:val="24"/>
                <w:lang w:val="ru-RU"/>
              </w:rPr>
              <w:t xml:space="preserve"> </w:t>
            </w:r>
            <w:r w:rsidR="00BE7705">
              <w:rPr>
                <w:rFonts w:ascii="Times New Roman" w:eastAsia="Times New Roman" w:hAnsi="Times New Roman"/>
                <w:b/>
                <w:color w:val="000000"/>
                <w:sz w:val="24"/>
                <w:szCs w:val="24"/>
                <w:lang w:val="ru-RU"/>
              </w:rPr>
              <w:t xml:space="preserve"> 8</w:t>
            </w:r>
            <w:r w:rsidR="002A402A">
              <w:rPr>
                <w:rFonts w:ascii="Times New Roman" w:eastAsia="Times New Roman" w:hAnsi="Times New Roman"/>
                <w:b/>
                <w:color w:val="000000"/>
                <w:sz w:val="24"/>
                <w:szCs w:val="24"/>
                <w:lang w:val="ru-RU"/>
              </w:rPr>
              <w:t xml:space="preserve"> ч.</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25</w:t>
            </w:r>
          </w:p>
        </w:tc>
        <w:tc>
          <w:tcPr>
            <w:tcW w:w="2860" w:type="dxa"/>
          </w:tcPr>
          <w:p w:rsidR="007D62B4" w:rsidRPr="00A9617E" w:rsidRDefault="00436381"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Гражданин</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436381"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263F6D" w:rsidRDefault="007D62B4" w:rsidP="0010484D">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26</w:t>
            </w:r>
          </w:p>
        </w:tc>
        <w:tc>
          <w:tcPr>
            <w:tcW w:w="2860" w:type="dxa"/>
          </w:tcPr>
          <w:p w:rsidR="007D62B4" w:rsidRPr="00A9617E" w:rsidRDefault="00436381"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Патриотизм</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436381"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263F6D" w:rsidRDefault="007D62B4" w:rsidP="0010484D">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27</w:t>
            </w:r>
          </w:p>
        </w:tc>
        <w:tc>
          <w:tcPr>
            <w:tcW w:w="2860" w:type="dxa"/>
          </w:tcPr>
          <w:p w:rsidR="007D62B4" w:rsidRPr="00A9617E" w:rsidRDefault="00436381"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Защита Родины: подвиг или долг?</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436381"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263F6D" w:rsidRDefault="007D62B4" w:rsidP="0010484D">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28</w:t>
            </w:r>
          </w:p>
        </w:tc>
        <w:tc>
          <w:tcPr>
            <w:tcW w:w="2860" w:type="dxa"/>
          </w:tcPr>
          <w:p w:rsidR="007D62B4" w:rsidRPr="00A9617E" w:rsidRDefault="007E3DD5"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Государство . Россия – наша Родина.</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7E3DD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7D62B4" w:rsidRPr="00263F6D" w:rsidRDefault="007D62B4" w:rsidP="0010484D">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BE7705" w:rsidRPr="00263F6D"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29</w:t>
            </w:r>
          </w:p>
        </w:tc>
        <w:tc>
          <w:tcPr>
            <w:tcW w:w="2860" w:type="dxa"/>
          </w:tcPr>
          <w:p w:rsidR="00BE7705" w:rsidRDefault="00BE7705" w:rsidP="00BE7705">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Гражданская идентичность </w:t>
            </w:r>
          </w:p>
          <w:p w:rsidR="00BE7705" w:rsidRPr="00A9617E" w:rsidRDefault="00BE7705" w:rsidP="00BE7705">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(практическое занятие)</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E7705" w:rsidRPr="00E10F70" w:rsidRDefault="00BE7705"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E7705" w:rsidRPr="00356DB7" w:rsidRDefault="00BE7705" w:rsidP="00844488">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r>
              <w:rPr>
                <w:rFonts w:ascii="Times New Roman" w:hAnsi="Times New Roman" w:cs="Times New Roman"/>
                <w:color w:val="000000"/>
                <w:sz w:val="20"/>
                <w:szCs w:val="20"/>
                <w:shd w:val="clear" w:color="auto" w:fill="FFFFFF"/>
                <w:lang w:val="ru-RU"/>
              </w:rPr>
              <w:t>, практическое занятие</w:t>
            </w:r>
          </w:p>
        </w:tc>
      </w:tr>
      <w:tr w:rsidR="00BE7705"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30</w:t>
            </w:r>
          </w:p>
        </w:tc>
        <w:tc>
          <w:tcPr>
            <w:tcW w:w="286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Моя школа и мой класс (практическое занятие)</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E7705" w:rsidRPr="00E10F70" w:rsidRDefault="00BE7705"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E7705" w:rsidRPr="00356DB7" w:rsidRDefault="00BE7705" w:rsidP="00844488">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r>
              <w:rPr>
                <w:rFonts w:ascii="Times New Roman" w:hAnsi="Times New Roman" w:cs="Times New Roman"/>
                <w:color w:val="000000"/>
                <w:sz w:val="20"/>
                <w:szCs w:val="20"/>
                <w:shd w:val="clear" w:color="auto" w:fill="FFFFFF"/>
                <w:lang w:val="ru-RU"/>
              </w:rPr>
              <w:t>, практическое занятие</w:t>
            </w:r>
          </w:p>
        </w:tc>
      </w:tr>
      <w:tr w:rsidR="00BE7705"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31</w:t>
            </w:r>
          </w:p>
        </w:tc>
        <w:tc>
          <w:tcPr>
            <w:tcW w:w="286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Человек: какой он? (практическое занятие)</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E7705" w:rsidRPr="00E10F70" w:rsidRDefault="00BE7705"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E7705" w:rsidRPr="00356DB7" w:rsidRDefault="00BE7705" w:rsidP="00844488">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r>
              <w:rPr>
                <w:rFonts w:ascii="Times New Roman" w:hAnsi="Times New Roman" w:cs="Times New Roman"/>
                <w:color w:val="000000"/>
                <w:sz w:val="20"/>
                <w:szCs w:val="20"/>
                <w:shd w:val="clear" w:color="auto" w:fill="FFFFFF"/>
                <w:lang w:val="ru-RU"/>
              </w:rPr>
              <w:t>, практическое занятие</w:t>
            </w:r>
          </w:p>
        </w:tc>
      </w:tr>
      <w:tr w:rsidR="00BE7705"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32</w:t>
            </w:r>
          </w:p>
        </w:tc>
        <w:tc>
          <w:tcPr>
            <w:tcW w:w="2860" w:type="dxa"/>
          </w:tcPr>
          <w:p w:rsidR="00BE7705" w:rsidRDefault="00BE7705" w:rsidP="00BE7705">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Человек и культура </w:t>
            </w:r>
          </w:p>
          <w:p w:rsidR="00BE7705" w:rsidRDefault="00BE7705" w:rsidP="00BE7705">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проект)</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E7705" w:rsidRPr="00E10F70" w:rsidRDefault="00BE7705"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E7705" w:rsidRPr="00AE51A1" w:rsidRDefault="00BE7705" w:rsidP="00844488">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BE7705" w:rsidTr="000A3CB0">
        <w:trPr>
          <w:trHeight w:val="495"/>
        </w:trPr>
        <w:tc>
          <w:tcPr>
            <w:tcW w:w="10800" w:type="dxa"/>
            <w:gridSpan w:val="7"/>
          </w:tcPr>
          <w:p w:rsidR="00BE7705" w:rsidRPr="00163D1C" w:rsidRDefault="00BE7705" w:rsidP="00263F6D">
            <w:pPr>
              <w:autoSpaceDE w:val="0"/>
              <w:autoSpaceDN w:val="0"/>
              <w:ind w:left="180" w:right="-14"/>
              <w:jc w:val="both"/>
              <w:rPr>
                <w:rFonts w:ascii="Times New Roman" w:eastAsia="Times New Roman" w:hAnsi="Times New Roman" w:cs="Times New Roman"/>
                <w:b/>
                <w:color w:val="000000"/>
                <w:w w:val="97"/>
                <w:sz w:val="24"/>
                <w:szCs w:val="24"/>
                <w:lang w:val="ru-RU"/>
              </w:rPr>
            </w:pPr>
            <w:r w:rsidRPr="00163D1C">
              <w:rPr>
                <w:rFonts w:ascii="Times New Roman" w:eastAsia="Times New Roman" w:hAnsi="Times New Roman" w:cs="Times New Roman"/>
                <w:b/>
                <w:color w:val="000000"/>
                <w:w w:val="97"/>
                <w:sz w:val="24"/>
                <w:szCs w:val="24"/>
                <w:lang w:val="ru-RU"/>
              </w:rPr>
              <w:t>Раздел 5. Обобщение</w:t>
            </w:r>
            <w:r>
              <w:rPr>
                <w:rFonts w:ascii="Times New Roman" w:eastAsia="Times New Roman" w:hAnsi="Times New Roman" w:cs="Times New Roman"/>
                <w:b/>
                <w:color w:val="000000"/>
                <w:w w:val="97"/>
                <w:sz w:val="24"/>
                <w:szCs w:val="24"/>
                <w:lang w:val="ru-RU"/>
              </w:rPr>
              <w:t xml:space="preserve"> 2ч.</w:t>
            </w:r>
          </w:p>
          <w:p w:rsidR="00BE7705" w:rsidRDefault="00BE7705" w:rsidP="003E63E8">
            <w:pPr>
              <w:autoSpaceDE w:val="0"/>
              <w:autoSpaceDN w:val="0"/>
              <w:rPr>
                <w:rFonts w:ascii="Times New Roman" w:hAnsi="Times New Roman" w:cs="Times New Roman"/>
                <w:sz w:val="20"/>
                <w:szCs w:val="20"/>
                <w:lang w:val="ru-RU"/>
              </w:rPr>
            </w:pPr>
          </w:p>
        </w:tc>
      </w:tr>
      <w:tr w:rsidR="00BE7705" w:rsidRPr="00BE7705"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33</w:t>
            </w:r>
          </w:p>
        </w:tc>
        <w:tc>
          <w:tcPr>
            <w:tcW w:w="286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Итоговый проект «Что значит быть человеком?»</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E50F36"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E7705" w:rsidRPr="00E10F70" w:rsidRDefault="00BE7705"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E7705" w:rsidRPr="00BE7705" w:rsidRDefault="00BE7705" w:rsidP="0010484D">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BE7705" w:rsidRPr="006D561F"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34</w:t>
            </w:r>
          </w:p>
        </w:tc>
        <w:tc>
          <w:tcPr>
            <w:tcW w:w="2860" w:type="dxa"/>
          </w:tcPr>
          <w:p w:rsidR="00BE7705" w:rsidRPr="00A9617E" w:rsidRDefault="00E50F36"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Итоговое повторение по курсу</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E50F36"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34" w:type="dxa"/>
          </w:tcPr>
          <w:p w:rsidR="00BE7705" w:rsidRPr="00E10F70" w:rsidRDefault="00BE7705"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tcPr>
          <w:p w:rsidR="00BE7705" w:rsidRPr="00BE7705" w:rsidRDefault="00BE7705" w:rsidP="0010484D">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bl>
    <w:p w:rsidR="002A399F" w:rsidRDefault="002A399F" w:rsidP="002A399F">
      <w:pPr>
        <w:autoSpaceDE w:val="0"/>
        <w:autoSpaceDN w:val="0"/>
        <w:spacing w:after="320" w:line="230" w:lineRule="auto"/>
        <w:rPr>
          <w:rFonts w:ascii="Times New Roman" w:eastAsia="Times New Roman" w:hAnsi="Times New Roman"/>
          <w:b/>
          <w:color w:val="000000"/>
          <w:sz w:val="24"/>
          <w:lang w:val="ru-RU"/>
        </w:rPr>
      </w:pPr>
    </w:p>
    <w:p w:rsidR="00E10F70" w:rsidRDefault="00E10F70">
      <w:pPr>
        <w:autoSpaceDE w:val="0"/>
        <w:autoSpaceDN w:val="0"/>
        <w:spacing w:after="320" w:line="230" w:lineRule="auto"/>
        <w:rPr>
          <w:rFonts w:ascii="Times New Roman" w:eastAsia="Times New Roman" w:hAnsi="Times New Roman"/>
          <w:b/>
          <w:color w:val="000000"/>
          <w:sz w:val="24"/>
          <w:lang w:val="ru-RU"/>
        </w:rPr>
      </w:pPr>
    </w:p>
    <w:p w:rsidR="00E10F70" w:rsidRDefault="00E10F70">
      <w:pPr>
        <w:autoSpaceDE w:val="0"/>
        <w:autoSpaceDN w:val="0"/>
        <w:spacing w:after="320" w:line="230" w:lineRule="auto"/>
        <w:rPr>
          <w:rFonts w:ascii="Times New Roman" w:eastAsia="Times New Roman" w:hAnsi="Times New Roman"/>
          <w:b/>
          <w:color w:val="000000"/>
          <w:sz w:val="24"/>
          <w:lang w:val="ru-RU"/>
        </w:rPr>
      </w:pPr>
    </w:p>
    <w:p w:rsidR="00E10F70" w:rsidRDefault="00E10F70">
      <w:pPr>
        <w:autoSpaceDE w:val="0"/>
        <w:autoSpaceDN w:val="0"/>
        <w:spacing w:after="320" w:line="230" w:lineRule="auto"/>
        <w:rPr>
          <w:rFonts w:ascii="Times New Roman" w:eastAsia="Times New Roman" w:hAnsi="Times New Roman"/>
          <w:b/>
          <w:color w:val="000000"/>
          <w:sz w:val="24"/>
          <w:lang w:val="ru-RU"/>
        </w:rPr>
      </w:pPr>
    </w:p>
    <w:p w:rsidR="00E10F70" w:rsidRPr="00E10F70" w:rsidRDefault="00E10F70">
      <w:pPr>
        <w:autoSpaceDE w:val="0"/>
        <w:autoSpaceDN w:val="0"/>
        <w:spacing w:after="320" w:line="230" w:lineRule="auto"/>
        <w:rPr>
          <w:lang w:val="ru-RU"/>
        </w:rPr>
      </w:pPr>
    </w:p>
    <w:p w:rsidR="00A4025C" w:rsidRPr="002A399F" w:rsidRDefault="00A4025C">
      <w:pPr>
        <w:rPr>
          <w:lang w:val="ru-RU"/>
        </w:rPr>
        <w:sectPr w:rsidR="00A4025C" w:rsidRPr="002A399F">
          <w:pgSz w:w="11900" w:h="16840"/>
          <w:pgMar w:top="298" w:right="650" w:bottom="520" w:left="666" w:header="720" w:footer="720" w:gutter="0"/>
          <w:cols w:space="720" w:equalWidth="0">
            <w:col w:w="10584" w:space="0"/>
          </w:cols>
          <w:docGrid w:linePitch="360"/>
        </w:sectPr>
      </w:pPr>
    </w:p>
    <w:p w:rsidR="0024263F" w:rsidRPr="0024263F" w:rsidRDefault="003F27AE" w:rsidP="0024263F">
      <w:pPr>
        <w:shd w:val="clear" w:color="auto" w:fill="FFFFFF"/>
        <w:tabs>
          <w:tab w:val="left" w:pos="0"/>
        </w:tabs>
        <w:spacing w:after="0" w:line="24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 xml:space="preserve">4. </w:t>
      </w:r>
      <w:r w:rsidR="0024263F" w:rsidRPr="0024263F">
        <w:rPr>
          <w:rFonts w:ascii="Times New Roman" w:hAnsi="Times New Roman" w:cs="Times New Roman"/>
          <w:b/>
          <w:bCs/>
          <w:sz w:val="24"/>
          <w:szCs w:val="24"/>
          <w:lang w:val="ru-RU"/>
        </w:rPr>
        <w:t xml:space="preserve">УЧЕБНО-МЕТОДИЧЕСКОЕ ОБЕСПЕЧЕНИЕ ОБРАЗОВАТЕЛЬНОГО ПРОЦЕССА </w:t>
      </w:r>
    </w:p>
    <w:p w:rsidR="0024263F"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r w:rsidRPr="0024263F">
        <w:rPr>
          <w:rFonts w:ascii="Times New Roman" w:hAnsi="Times New Roman" w:cs="Times New Roman"/>
          <w:b/>
          <w:bCs/>
          <w:sz w:val="24"/>
          <w:szCs w:val="24"/>
          <w:lang w:val="ru-RU"/>
        </w:rPr>
        <w:t>ОБЯЗАТЕЛЬНЫЕ УЧЕБНЫЕ МАТЕРИАЛЫ ДЛЯ УЧЕНИКА</w:t>
      </w:r>
    </w:p>
    <w:p w:rsidR="0024263F" w:rsidRPr="0024263F"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Виноградова Н.Ф.  Основы духовно-нравственной культуры народов России: 5 класс: </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учебник для учащихся общеобразовательных учреждений / Н.Ф. Виноградова,</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В.И. Власенко, А.В. Поляков. – М.: Вентана-Граф, 2020.</w:t>
      </w:r>
    </w:p>
    <w:p w:rsidR="0024263F"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МЕТОДИЧЕСКИЕ МАТЕРИАЛЫ ДЛЯ УЧИТЕЛЯ</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2D0091">
        <w:rPr>
          <w:rFonts w:ascii="Times New Roman" w:hAnsi="Times New Roman" w:cs="Times New Roman"/>
          <w:sz w:val="24"/>
          <w:szCs w:val="24"/>
          <w:lang w:val="ru-RU"/>
        </w:rPr>
        <w:t>Основы духовно-нравственной культуры народов России: 5 класс: методические рекомендации/</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Н.Ф. Виноградова. – М.: Вентана-Граф, 2019</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2.</w:t>
      </w:r>
      <w:r w:rsidRPr="002D0091">
        <w:rPr>
          <w:rFonts w:ascii="Times New Roman" w:hAnsi="Times New Roman" w:cs="Times New Roman"/>
          <w:sz w:val="24"/>
          <w:szCs w:val="24"/>
          <w:lang w:val="ru-RU"/>
        </w:rPr>
        <w:tab/>
        <w:t>Тишкова В.А., Шапошникова Т.Д. «Книга для учителя». Москва, «Просвещение», 2010.</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2D0091">
        <w:rPr>
          <w:rFonts w:ascii="Times New Roman" w:hAnsi="Times New Roman" w:cs="Times New Roman"/>
          <w:sz w:val="24"/>
          <w:szCs w:val="24"/>
          <w:lang w:val="ru-RU"/>
        </w:rPr>
        <w:t xml:space="preserve">Религии мира: история, культура, вероучение: учебное пособие / под общ. ред. </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А.О. Чубарьяна и Г.М. Бонгард-Левина. - М.: ОЛМА Медиагрупп, 2016. - 398 с.: ил.</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4.</w:t>
      </w:r>
      <w:r w:rsidRPr="002D0091">
        <w:rPr>
          <w:rFonts w:ascii="Times New Roman" w:hAnsi="Times New Roman" w:cs="Times New Roman"/>
          <w:sz w:val="24"/>
          <w:szCs w:val="24"/>
          <w:lang w:val="ru-RU"/>
        </w:rPr>
        <w:tab/>
        <w:t>Токарев С. А. Религии в истории народов мира / С. А. Токарев. - изд. 5-е, испр. и доп.</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 М. : Республика, 2005. - 542 с.: ил.- (Библиотека: религия, культура, наука).</w:t>
      </w:r>
    </w:p>
    <w:p w:rsidR="0024263F" w:rsidRDefault="006A4C47"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24263F" w:rsidRPr="002D0091">
        <w:rPr>
          <w:rFonts w:ascii="Times New Roman" w:hAnsi="Times New Roman" w:cs="Times New Roman"/>
          <w:sz w:val="24"/>
          <w:szCs w:val="24"/>
          <w:lang w:val="ru-RU"/>
        </w:rPr>
        <w:t>.</w:t>
      </w:r>
      <w:r w:rsidR="0024263F" w:rsidRPr="002D0091">
        <w:rPr>
          <w:rFonts w:ascii="Times New Roman" w:hAnsi="Times New Roman" w:cs="Times New Roman"/>
          <w:sz w:val="24"/>
          <w:szCs w:val="24"/>
          <w:lang w:val="ru-RU"/>
        </w:rPr>
        <w:tab/>
        <w:t>Адамова А.Г. Духовность как ценностная основа личности // Совершенствование</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учебно-воспитательного процесса в образовательном учреждении: Сб.науч.тр.Ч.2. – М., 2017.</w:t>
      </w:r>
    </w:p>
    <w:p w:rsidR="0024263F" w:rsidRPr="002D0091" w:rsidRDefault="006A4C47"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24263F" w:rsidRPr="002D0091">
        <w:rPr>
          <w:rFonts w:ascii="Times New Roman" w:hAnsi="Times New Roman" w:cs="Times New Roman"/>
          <w:sz w:val="24"/>
          <w:szCs w:val="24"/>
          <w:lang w:val="ru-RU"/>
        </w:rPr>
        <w:t>.</w:t>
      </w:r>
      <w:r w:rsidR="0024263F" w:rsidRPr="002D0091">
        <w:rPr>
          <w:rFonts w:ascii="Times New Roman" w:hAnsi="Times New Roman" w:cs="Times New Roman"/>
          <w:sz w:val="24"/>
          <w:szCs w:val="24"/>
          <w:lang w:val="ru-RU"/>
        </w:rPr>
        <w:tab/>
        <w:t>Метлик И.В. Религия и образование в светской школе. – М., 2014.</w:t>
      </w:r>
    </w:p>
    <w:p w:rsidR="0024263F"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ЦИФРОВЫЕ ОБРАЗОВАТЕЛЬНЫЕ РЕСУРСЫ И РЕСУРСЫ СЕТИ ИНТЕРНЕТ</w:t>
      </w:r>
    </w:p>
    <w:p w:rsidR="0024263F" w:rsidRPr="002D0091" w:rsidRDefault="00506BB1" w:rsidP="0024263F">
      <w:pPr>
        <w:pStyle w:val="ae"/>
        <w:numPr>
          <w:ilvl w:val="0"/>
          <w:numId w:val="10"/>
        </w:numPr>
        <w:shd w:val="clear" w:color="auto" w:fill="FFFFFF"/>
        <w:tabs>
          <w:tab w:val="left" w:pos="284"/>
        </w:tabs>
        <w:spacing w:after="0" w:line="240" w:lineRule="auto"/>
        <w:ind w:hanging="720"/>
        <w:jc w:val="both"/>
        <w:rPr>
          <w:rFonts w:ascii="Times New Roman" w:eastAsia="Times New Roman" w:hAnsi="Times New Roman" w:cs="Times New Roman"/>
          <w:sz w:val="24"/>
          <w:szCs w:val="24"/>
          <w:lang w:val="ru-RU" w:eastAsia="ru-RU"/>
        </w:rPr>
      </w:pPr>
      <w:hyperlink r:id="rId7" w:history="1">
        <w:r w:rsidR="0024263F" w:rsidRPr="004C6D9B">
          <w:rPr>
            <w:rStyle w:val="aff1"/>
            <w:rFonts w:ascii="Times New Roman" w:eastAsia="Times New Roman" w:hAnsi="Times New Roman" w:cs="Times New Roman"/>
            <w:sz w:val="24"/>
            <w:szCs w:val="24"/>
            <w:lang w:eastAsia="ru-RU"/>
          </w:rPr>
          <w:t>http</w:t>
        </w:r>
        <w:r w:rsidR="0024263F" w:rsidRPr="002D0091">
          <w:rPr>
            <w:rStyle w:val="aff1"/>
            <w:rFonts w:ascii="Times New Roman" w:eastAsia="Times New Roman" w:hAnsi="Times New Roman" w:cs="Times New Roman"/>
            <w:sz w:val="24"/>
            <w:szCs w:val="24"/>
            <w:lang w:val="ru-RU" w:eastAsia="ru-RU"/>
          </w:rPr>
          <w:t>://</w:t>
        </w:r>
        <w:r w:rsidR="0024263F" w:rsidRPr="004C6D9B">
          <w:rPr>
            <w:rStyle w:val="aff1"/>
            <w:rFonts w:ascii="Times New Roman" w:eastAsia="Times New Roman" w:hAnsi="Times New Roman" w:cs="Times New Roman"/>
            <w:sz w:val="24"/>
            <w:szCs w:val="24"/>
            <w:lang w:eastAsia="ru-RU"/>
          </w:rPr>
          <w:t>scool</w:t>
        </w:r>
        <w:r w:rsidR="0024263F" w:rsidRPr="002D0091">
          <w:rPr>
            <w:rStyle w:val="aff1"/>
            <w:rFonts w:ascii="Times New Roman" w:eastAsia="Times New Roman" w:hAnsi="Times New Roman" w:cs="Times New Roman"/>
            <w:sz w:val="24"/>
            <w:szCs w:val="24"/>
            <w:lang w:val="ru-RU" w:eastAsia="ru-RU"/>
          </w:rPr>
          <w:t>-</w:t>
        </w:r>
        <w:r w:rsidR="0024263F" w:rsidRPr="004C6D9B">
          <w:rPr>
            <w:rStyle w:val="aff1"/>
            <w:rFonts w:ascii="Times New Roman" w:eastAsia="Times New Roman" w:hAnsi="Times New Roman" w:cs="Times New Roman"/>
            <w:sz w:val="24"/>
            <w:szCs w:val="24"/>
            <w:lang w:eastAsia="ru-RU"/>
          </w:rPr>
          <w:t>collection</w:t>
        </w:r>
        <w:r w:rsidR="0024263F" w:rsidRPr="002D0091">
          <w:rPr>
            <w:rStyle w:val="aff1"/>
            <w:rFonts w:ascii="Times New Roman" w:eastAsia="Times New Roman" w:hAnsi="Times New Roman" w:cs="Times New Roman"/>
            <w:sz w:val="24"/>
            <w:szCs w:val="24"/>
            <w:lang w:val="ru-RU" w:eastAsia="ru-RU"/>
          </w:rPr>
          <w:t>.</w:t>
        </w:r>
        <w:r w:rsidR="0024263F" w:rsidRPr="004C6D9B">
          <w:rPr>
            <w:rStyle w:val="aff1"/>
            <w:rFonts w:ascii="Times New Roman" w:eastAsia="Times New Roman" w:hAnsi="Times New Roman" w:cs="Times New Roman"/>
            <w:sz w:val="24"/>
            <w:szCs w:val="24"/>
            <w:lang w:eastAsia="ru-RU"/>
          </w:rPr>
          <w:t>edu</w:t>
        </w:r>
        <w:r w:rsidR="0024263F" w:rsidRPr="002D0091">
          <w:rPr>
            <w:rStyle w:val="aff1"/>
            <w:rFonts w:ascii="Times New Roman" w:eastAsia="Times New Roman" w:hAnsi="Times New Roman" w:cs="Times New Roman"/>
            <w:sz w:val="24"/>
            <w:szCs w:val="24"/>
            <w:lang w:val="ru-RU" w:eastAsia="ru-RU"/>
          </w:rPr>
          <w:t>.</w:t>
        </w:r>
        <w:r w:rsidR="0024263F" w:rsidRPr="004C6D9B">
          <w:rPr>
            <w:rStyle w:val="aff1"/>
            <w:rFonts w:ascii="Times New Roman" w:eastAsia="Times New Roman" w:hAnsi="Times New Roman" w:cs="Times New Roman"/>
            <w:sz w:val="24"/>
            <w:szCs w:val="24"/>
            <w:lang w:eastAsia="ru-RU"/>
          </w:rPr>
          <w:t>ru</w:t>
        </w:r>
      </w:hyperlink>
      <w:r w:rsidR="0024263F" w:rsidRPr="002D0091">
        <w:rPr>
          <w:rFonts w:ascii="Times New Roman" w:eastAsia="Times New Roman" w:hAnsi="Times New Roman" w:cs="Times New Roman"/>
          <w:sz w:val="24"/>
          <w:szCs w:val="24"/>
          <w:lang w:val="ru-RU" w:eastAsia="ru-RU"/>
        </w:rPr>
        <w:t xml:space="preserve"> - Единая коллекция Цифровых образовательных ресурсов </w:t>
      </w:r>
    </w:p>
    <w:p w:rsidR="0024263F" w:rsidRPr="006A4C47" w:rsidRDefault="00506BB1" w:rsidP="0024263F">
      <w:pPr>
        <w:pStyle w:val="ae"/>
        <w:numPr>
          <w:ilvl w:val="0"/>
          <w:numId w:val="10"/>
        </w:numPr>
        <w:shd w:val="clear" w:color="auto" w:fill="FFFFFF"/>
        <w:tabs>
          <w:tab w:val="left" w:pos="284"/>
        </w:tabs>
        <w:spacing w:after="0" w:line="240" w:lineRule="auto"/>
        <w:ind w:hanging="720"/>
        <w:jc w:val="both"/>
        <w:rPr>
          <w:rFonts w:ascii="Times New Roman" w:hAnsi="Times New Roman" w:cs="Times New Roman"/>
          <w:sz w:val="24"/>
          <w:szCs w:val="24"/>
          <w:lang w:val="ru-RU"/>
        </w:rPr>
      </w:pPr>
      <w:hyperlink r:id="rId8" w:history="1">
        <w:r w:rsidR="0024263F" w:rsidRPr="007A2D5E">
          <w:rPr>
            <w:rStyle w:val="aff1"/>
            <w:rFonts w:ascii="Times New Roman" w:eastAsia="Times New Roman" w:hAnsi="Times New Roman" w:cs="Times New Roman"/>
            <w:sz w:val="24"/>
            <w:szCs w:val="24"/>
            <w:lang w:eastAsia="ru-RU"/>
          </w:rPr>
          <w:t>https</w:t>
        </w:r>
        <w:r w:rsidR="0024263F" w:rsidRPr="002D0091">
          <w:rPr>
            <w:rStyle w:val="aff1"/>
            <w:rFonts w:ascii="Times New Roman" w:eastAsia="Times New Roman" w:hAnsi="Times New Roman" w:cs="Times New Roman"/>
            <w:sz w:val="24"/>
            <w:szCs w:val="24"/>
            <w:lang w:val="ru-RU" w:eastAsia="ru-RU"/>
          </w:rPr>
          <w:t>://</w:t>
        </w:r>
        <w:r w:rsidR="0024263F" w:rsidRPr="007A2D5E">
          <w:rPr>
            <w:rStyle w:val="aff1"/>
            <w:rFonts w:ascii="Times New Roman" w:eastAsia="Times New Roman" w:hAnsi="Times New Roman" w:cs="Times New Roman"/>
            <w:sz w:val="24"/>
            <w:szCs w:val="24"/>
            <w:lang w:eastAsia="ru-RU"/>
          </w:rPr>
          <w:t>resh</w:t>
        </w:r>
        <w:r w:rsidR="0024263F" w:rsidRPr="002D0091">
          <w:rPr>
            <w:rStyle w:val="aff1"/>
            <w:rFonts w:ascii="Times New Roman" w:eastAsia="Times New Roman" w:hAnsi="Times New Roman" w:cs="Times New Roman"/>
            <w:sz w:val="24"/>
            <w:szCs w:val="24"/>
            <w:lang w:val="ru-RU" w:eastAsia="ru-RU"/>
          </w:rPr>
          <w:t>.</w:t>
        </w:r>
        <w:r w:rsidR="0024263F" w:rsidRPr="007A2D5E">
          <w:rPr>
            <w:rStyle w:val="aff1"/>
            <w:rFonts w:ascii="Times New Roman" w:eastAsia="Times New Roman" w:hAnsi="Times New Roman" w:cs="Times New Roman"/>
            <w:sz w:val="24"/>
            <w:szCs w:val="24"/>
            <w:lang w:eastAsia="ru-RU"/>
          </w:rPr>
          <w:t>edu</w:t>
        </w:r>
        <w:r w:rsidR="0024263F" w:rsidRPr="002D0091">
          <w:rPr>
            <w:rStyle w:val="aff1"/>
            <w:rFonts w:ascii="Times New Roman" w:eastAsia="Times New Roman" w:hAnsi="Times New Roman" w:cs="Times New Roman"/>
            <w:sz w:val="24"/>
            <w:szCs w:val="24"/>
            <w:lang w:val="ru-RU" w:eastAsia="ru-RU"/>
          </w:rPr>
          <w:t>.</w:t>
        </w:r>
        <w:r w:rsidR="0024263F" w:rsidRPr="007A2D5E">
          <w:rPr>
            <w:rStyle w:val="aff1"/>
            <w:rFonts w:ascii="Times New Roman" w:eastAsia="Times New Roman" w:hAnsi="Times New Roman" w:cs="Times New Roman"/>
            <w:sz w:val="24"/>
            <w:szCs w:val="24"/>
            <w:lang w:eastAsia="ru-RU"/>
          </w:rPr>
          <w:t>ru</w:t>
        </w:r>
        <w:r w:rsidR="0024263F" w:rsidRPr="002D0091">
          <w:rPr>
            <w:rStyle w:val="aff1"/>
            <w:rFonts w:ascii="Times New Roman" w:eastAsia="Times New Roman" w:hAnsi="Times New Roman" w:cs="Times New Roman"/>
            <w:sz w:val="24"/>
            <w:szCs w:val="24"/>
            <w:lang w:val="ru-RU" w:eastAsia="ru-RU"/>
          </w:rPr>
          <w:t>/</w:t>
        </w:r>
        <w:r w:rsidR="0024263F" w:rsidRPr="007A2D5E">
          <w:rPr>
            <w:rStyle w:val="aff1"/>
            <w:rFonts w:ascii="Times New Roman" w:eastAsia="Times New Roman" w:hAnsi="Times New Roman" w:cs="Times New Roman"/>
            <w:sz w:val="24"/>
            <w:szCs w:val="24"/>
            <w:lang w:eastAsia="ru-RU"/>
          </w:rPr>
          <w:t>special</w:t>
        </w:r>
        <w:r w:rsidR="0024263F" w:rsidRPr="002D0091">
          <w:rPr>
            <w:rStyle w:val="aff1"/>
            <w:rFonts w:ascii="Times New Roman" w:eastAsia="Times New Roman" w:hAnsi="Times New Roman" w:cs="Times New Roman"/>
            <w:sz w:val="24"/>
            <w:szCs w:val="24"/>
            <w:lang w:val="ru-RU" w:eastAsia="ru-RU"/>
          </w:rPr>
          <w:t>-</w:t>
        </w:r>
        <w:r w:rsidR="0024263F" w:rsidRPr="007A2D5E">
          <w:rPr>
            <w:rStyle w:val="aff1"/>
            <w:rFonts w:ascii="Times New Roman" w:eastAsia="Times New Roman" w:hAnsi="Times New Roman" w:cs="Times New Roman"/>
            <w:sz w:val="24"/>
            <w:szCs w:val="24"/>
            <w:lang w:eastAsia="ru-RU"/>
          </w:rPr>
          <w:t>course</w:t>
        </w:r>
        <w:r w:rsidR="0024263F" w:rsidRPr="002D0091">
          <w:rPr>
            <w:rStyle w:val="aff1"/>
            <w:rFonts w:ascii="Times New Roman" w:eastAsia="Times New Roman" w:hAnsi="Times New Roman" w:cs="Times New Roman"/>
            <w:sz w:val="24"/>
            <w:szCs w:val="24"/>
            <w:lang w:val="ru-RU" w:eastAsia="ru-RU"/>
          </w:rPr>
          <w:t>/</w:t>
        </w:r>
      </w:hyperlink>
      <w:r w:rsidR="0024263F" w:rsidRPr="002D0091">
        <w:rPr>
          <w:rFonts w:ascii="Times New Roman" w:eastAsia="Times New Roman" w:hAnsi="Times New Roman" w:cs="Times New Roman"/>
          <w:sz w:val="24"/>
          <w:szCs w:val="24"/>
          <w:lang w:val="ru-RU" w:eastAsia="ru-RU"/>
        </w:rPr>
        <w:t xml:space="preserve"> - Российская электронная школа</w:t>
      </w:r>
    </w:p>
    <w:p w:rsidR="006A4C47" w:rsidRPr="006A4C47" w:rsidRDefault="00506BB1" w:rsidP="006A4C47">
      <w:pPr>
        <w:pStyle w:val="ae"/>
        <w:numPr>
          <w:ilvl w:val="0"/>
          <w:numId w:val="10"/>
        </w:numPr>
        <w:ind w:left="284" w:hanging="284"/>
        <w:jc w:val="both"/>
        <w:rPr>
          <w:rFonts w:ascii="Times New Roman" w:hAnsi="Times New Roman" w:cs="Times New Roman"/>
          <w:color w:val="000000" w:themeColor="text1"/>
          <w:sz w:val="24"/>
          <w:szCs w:val="24"/>
          <w:lang w:val="ru-RU"/>
        </w:rPr>
      </w:pPr>
      <w:hyperlink r:id="rId9" w:history="1">
        <w:r w:rsidR="006A4C47" w:rsidRPr="000618DD">
          <w:rPr>
            <w:rStyle w:val="aff1"/>
            <w:rFonts w:ascii="Times New Roman" w:hAnsi="Times New Roman" w:cs="Times New Roman"/>
            <w:sz w:val="24"/>
            <w:szCs w:val="24"/>
            <w:lang w:val="ru-RU"/>
          </w:rPr>
          <w:t>https://uchi.ru/-</w:t>
        </w:r>
      </w:hyperlink>
      <w:r w:rsidR="006A4C47">
        <w:rPr>
          <w:rFonts w:ascii="Times New Roman" w:hAnsi="Times New Roman" w:cs="Times New Roman"/>
          <w:sz w:val="24"/>
          <w:szCs w:val="24"/>
          <w:lang w:val="ru-RU"/>
        </w:rPr>
        <w:t xml:space="preserve"> </w:t>
      </w:r>
      <w:r w:rsidR="006A4C47" w:rsidRPr="00564CF6">
        <w:rPr>
          <w:rFonts w:ascii="Times New Roman" w:hAnsi="Times New Roman" w:cs="Times New Roman"/>
          <w:bCs/>
          <w:color w:val="000000" w:themeColor="text1"/>
          <w:sz w:val="24"/>
          <w:szCs w:val="24"/>
          <w:shd w:val="clear" w:color="auto" w:fill="FFFFFF"/>
          <w:lang w:val="ru-RU"/>
        </w:rPr>
        <w:t>Учи</w:t>
      </w:r>
      <w:r w:rsidR="006A4C47" w:rsidRPr="00564CF6">
        <w:rPr>
          <w:rFonts w:ascii="Times New Roman" w:hAnsi="Times New Roman" w:cs="Times New Roman"/>
          <w:color w:val="000000" w:themeColor="text1"/>
          <w:sz w:val="24"/>
          <w:szCs w:val="24"/>
          <w:shd w:val="clear" w:color="auto" w:fill="FFFFFF"/>
          <w:lang w:val="ru-RU"/>
        </w:rPr>
        <w:t>.</w:t>
      </w:r>
      <w:r w:rsidR="006A4C47" w:rsidRPr="00564CF6">
        <w:rPr>
          <w:rFonts w:ascii="Times New Roman" w:hAnsi="Times New Roman" w:cs="Times New Roman"/>
          <w:bCs/>
          <w:color w:val="000000" w:themeColor="text1"/>
          <w:sz w:val="24"/>
          <w:szCs w:val="24"/>
          <w:shd w:val="clear" w:color="auto" w:fill="FFFFFF"/>
          <w:lang w:val="ru-RU"/>
        </w:rPr>
        <w:t>ру</w:t>
      </w:r>
      <w:r w:rsidR="006A4C47" w:rsidRPr="006A4C47">
        <w:rPr>
          <w:rFonts w:ascii="Times New Roman" w:hAnsi="Times New Roman" w:cs="Times New Roman"/>
          <w:color w:val="000000" w:themeColor="text1"/>
          <w:sz w:val="24"/>
          <w:szCs w:val="24"/>
          <w:shd w:val="clear" w:color="auto" w:fill="FFFFFF"/>
        </w:rPr>
        <w:t> </w:t>
      </w:r>
      <w:r w:rsidR="006A4C47" w:rsidRPr="006A4C47">
        <w:rPr>
          <w:rFonts w:ascii="Times New Roman" w:hAnsi="Times New Roman" w:cs="Times New Roman"/>
          <w:color w:val="000000" w:themeColor="text1"/>
          <w:sz w:val="24"/>
          <w:szCs w:val="24"/>
          <w:shd w:val="clear" w:color="auto" w:fill="FFFFFF"/>
          <w:lang w:val="ru-RU"/>
        </w:rPr>
        <w:t>—отечественная онлайн-платформа</w:t>
      </w:r>
    </w:p>
    <w:p w:rsidR="006A4C47" w:rsidRDefault="006A4C47"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МАТЕРИАЛЬНО-ТЕХНИЧЕСКОЕ ОБЕСПЕЧЕНИЕ ОБРАЗОВАТЕЛЬНОГО ПРОЦЕССА</w:t>
      </w:r>
      <w:r>
        <w:rPr>
          <w:rFonts w:ascii="Times New Roman" w:hAnsi="Times New Roman" w:cs="Times New Roman"/>
          <w:b/>
          <w:bCs/>
          <w:sz w:val="24"/>
          <w:szCs w:val="24"/>
          <w:lang w:val="ru-RU"/>
        </w:rPr>
        <w:t xml:space="preserve"> </w:t>
      </w:r>
      <w:r w:rsidRPr="002D0091">
        <w:rPr>
          <w:rFonts w:ascii="Times New Roman" w:hAnsi="Times New Roman" w:cs="Times New Roman"/>
          <w:b/>
          <w:bCs/>
          <w:sz w:val="24"/>
          <w:szCs w:val="24"/>
          <w:lang w:val="ru-RU"/>
        </w:rPr>
        <w:t>УЧЕБНОЕ ОБОРУДОВАНИЕ</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Учебники</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Мультимедийный проектор, интерактивная доска, персональный компьютер</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Электронные пособия </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w:t>
      </w:r>
    </w:p>
    <w:sectPr w:rsidR="0024263F" w:rsidRPr="002D0091" w:rsidSect="0024263F">
      <w:pgSz w:w="11900" w:h="16840"/>
      <w:pgMar w:top="1134" w:right="701" w:bottom="1440" w:left="1440" w:header="720" w:footer="720" w:gutter="0"/>
      <w:cols w:space="720" w:equalWidth="0">
        <w:col w:w="9759"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270A6422"/>
    <w:multiLevelType w:val="hybridMultilevel"/>
    <w:tmpl w:val="92544AE2"/>
    <w:lvl w:ilvl="0" w:tplc="8A78A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61401D"/>
    <w:multiLevelType w:val="hybridMultilevel"/>
    <w:tmpl w:val="7AA483FA"/>
    <w:lvl w:ilvl="0" w:tplc="BB682A5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2"/>
  </w:compat>
  <w:rsids>
    <w:rsidRoot w:val="00B47730"/>
    <w:rsid w:val="0001375E"/>
    <w:rsid w:val="00034616"/>
    <w:rsid w:val="0006063C"/>
    <w:rsid w:val="00075270"/>
    <w:rsid w:val="000D590E"/>
    <w:rsid w:val="000E21FC"/>
    <w:rsid w:val="001076F6"/>
    <w:rsid w:val="001342D0"/>
    <w:rsid w:val="0015074B"/>
    <w:rsid w:val="00163D1C"/>
    <w:rsid w:val="00171008"/>
    <w:rsid w:val="00196494"/>
    <w:rsid w:val="001B0EE6"/>
    <w:rsid w:val="001D6489"/>
    <w:rsid w:val="0024263F"/>
    <w:rsid w:val="00243F5D"/>
    <w:rsid w:val="00257DB6"/>
    <w:rsid w:val="00263C0B"/>
    <w:rsid w:val="00263F6D"/>
    <w:rsid w:val="00271DB8"/>
    <w:rsid w:val="0029306E"/>
    <w:rsid w:val="0029639D"/>
    <w:rsid w:val="002A399F"/>
    <w:rsid w:val="002A402A"/>
    <w:rsid w:val="002A7C2C"/>
    <w:rsid w:val="002D75B4"/>
    <w:rsid w:val="002E1AAE"/>
    <w:rsid w:val="002F3750"/>
    <w:rsid w:val="00326F90"/>
    <w:rsid w:val="0035256C"/>
    <w:rsid w:val="00356DB7"/>
    <w:rsid w:val="003639EA"/>
    <w:rsid w:val="00371EA4"/>
    <w:rsid w:val="00371F7C"/>
    <w:rsid w:val="00387F6A"/>
    <w:rsid w:val="00396484"/>
    <w:rsid w:val="003B454A"/>
    <w:rsid w:val="003E0C67"/>
    <w:rsid w:val="003E63E8"/>
    <w:rsid w:val="003F27AE"/>
    <w:rsid w:val="003F55D6"/>
    <w:rsid w:val="00400B15"/>
    <w:rsid w:val="00436381"/>
    <w:rsid w:val="00455EA2"/>
    <w:rsid w:val="00471D9C"/>
    <w:rsid w:val="00496F8D"/>
    <w:rsid w:val="004B4702"/>
    <w:rsid w:val="004C045D"/>
    <w:rsid w:val="004C345B"/>
    <w:rsid w:val="004E1214"/>
    <w:rsid w:val="004E2C76"/>
    <w:rsid w:val="004F30D2"/>
    <w:rsid w:val="005041F9"/>
    <w:rsid w:val="00506214"/>
    <w:rsid w:val="00506BB1"/>
    <w:rsid w:val="00544A1D"/>
    <w:rsid w:val="00564CF6"/>
    <w:rsid w:val="00587969"/>
    <w:rsid w:val="005A2EF3"/>
    <w:rsid w:val="005C7C13"/>
    <w:rsid w:val="006150A6"/>
    <w:rsid w:val="0061670F"/>
    <w:rsid w:val="00617F41"/>
    <w:rsid w:val="00647476"/>
    <w:rsid w:val="00674391"/>
    <w:rsid w:val="00684436"/>
    <w:rsid w:val="006A4C47"/>
    <w:rsid w:val="006D561F"/>
    <w:rsid w:val="006D6077"/>
    <w:rsid w:val="00707BD7"/>
    <w:rsid w:val="00732878"/>
    <w:rsid w:val="00740572"/>
    <w:rsid w:val="00772E1C"/>
    <w:rsid w:val="00791FC4"/>
    <w:rsid w:val="007D62B4"/>
    <w:rsid w:val="007E3DD5"/>
    <w:rsid w:val="00845C72"/>
    <w:rsid w:val="00865A56"/>
    <w:rsid w:val="00881A9D"/>
    <w:rsid w:val="00907E3B"/>
    <w:rsid w:val="009340EF"/>
    <w:rsid w:val="00962D68"/>
    <w:rsid w:val="0096372F"/>
    <w:rsid w:val="00971E75"/>
    <w:rsid w:val="009A73E2"/>
    <w:rsid w:val="009B0967"/>
    <w:rsid w:val="009C31D3"/>
    <w:rsid w:val="009C5DCD"/>
    <w:rsid w:val="009C7775"/>
    <w:rsid w:val="00A035BC"/>
    <w:rsid w:val="00A26422"/>
    <w:rsid w:val="00A4025C"/>
    <w:rsid w:val="00A51D76"/>
    <w:rsid w:val="00A9617E"/>
    <w:rsid w:val="00AA1D8D"/>
    <w:rsid w:val="00AB38B8"/>
    <w:rsid w:val="00AC1065"/>
    <w:rsid w:val="00AD1B71"/>
    <w:rsid w:val="00B171DE"/>
    <w:rsid w:val="00B23370"/>
    <w:rsid w:val="00B3616A"/>
    <w:rsid w:val="00B47730"/>
    <w:rsid w:val="00B73AD3"/>
    <w:rsid w:val="00BE71A3"/>
    <w:rsid w:val="00BE7705"/>
    <w:rsid w:val="00C13F3B"/>
    <w:rsid w:val="00C14C31"/>
    <w:rsid w:val="00C2147C"/>
    <w:rsid w:val="00C76363"/>
    <w:rsid w:val="00CB0664"/>
    <w:rsid w:val="00CB1789"/>
    <w:rsid w:val="00D01FEB"/>
    <w:rsid w:val="00D84C47"/>
    <w:rsid w:val="00DD4791"/>
    <w:rsid w:val="00DD679B"/>
    <w:rsid w:val="00E04641"/>
    <w:rsid w:val="00E10F70"/>
    <w:rsid w:val="00E235CE"/>
    <w:rsid w:val="00E50F36"/>
    <w:rsid w:val="00E96367"/>
    <w:rsid w:val="00EC295C"/>
    <w:rsid w:val="00ED0FE9"/>
    <w:rsid w:val="00EE083F"/>
    <w:rsid w:val="00F74FA8"/>
    <w:rsid w:val="00F83B64"/>
    <w:rsid w:val="00F93D5A"/>
    <w:rsid w:val="00FC5923"/>
    <w:rsid w:val="00FC693F"/>
    <w:rsid w:val="00FD372A"/>
    <w:rsid w:val="00FE1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4D17A87-2FDC-498A-9EF9-1F3C2B2B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1"/>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ветлый список1"/>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Светлый список - Акцент 1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3">
    <w:name w:val="Светлая сетка1"/>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ветлая сетка - Акцент 1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0">
    <w:name w:val="Средняя заливка 1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Средняя заливка 1 - Акцент 1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0">
    <w:name w:val="Средняя заливка 2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Средний список 1 - Акцент 1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1">
    <w:name w:val="Средний список 2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Средняя сетка 1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2">
    <w:name w:val="Средняя сетка 2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0">
    <w:name w:val="Средняя сетка 3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4">
    <w:name w:val="Темный список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15">
    <w:name w:val="Цветная заливка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6">
    <w:name w:val="Цветной список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17">
    <w:name w:val="Цветная сетка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1">
    <w:name w:val="Hyperlink"/>
    <w:basedOn w:val="a2"/>
    <w:uiPriority w:val="99"/>
    <w:unhideWhenUsed/>
    <w:rsid w:val="00617F41"/>
    <w:rPr>
      <w:color w:val="0000FF" w:themeColor="hyperlink"/>
      <w:u w:val="single"/>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3"/>
    <w:uiPriority w:val="99"/>
    <w:unhideWhenUsed/>
    <w:rsid w:val="006743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2">
    <w:name w:val="Таблица-сетка 1 светлая1"/>
    <w:basedOn w:val="a3"/>
    <w:uiPriority w:val="46"/>
    <w:rsid w:val="00A51D76"/>
    <w:pPr>
      <w:spacing w:after="0" w:line="240" w:lineRule="auto"/>
    </w:pPr>
    <w:rPr>
      <w:rFonts w:eastAsiaTheme="minorHAnsi"/>
      <w:lang w:val="ru-RU"/>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a2"/>
    <w:uiPriority w:val="99"/>
    <w:semiHidden/>
    <w:unhideWhenUsed/>
    <w:rsid w:val="00A51D76"/>
    <w:rPr>
      <w:color w:val="605E5C"/>
      <w:shd w:val="clear" w:color="auto" w:fill="E1DFDD"/>
    </w:rPr>
  </w:style>
  <w:style w:type="character" w:customStyle="1" w:styleId="af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2"/>
    <w:uiPriority w:val="99"/>
    <w:locked/>
    <w:rsid w:val="00171008"/>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678749">
      <w:bodyDiv w:val="1"/>
      <w:marLeft w:val="0"/>
      <w:marRight w:val="0"/>
      <w:marTop w:val="0"/>
      <w:marBottom w:val="0"/>
      <w:divBdr>
        <w:top w:val="none" w:sz="0" w:space="0" w:color="auto"/>
        <w:left w:val="none" w:sz="0" w:space="0" w:color="auto"/>
        <w:bottom w:val="none" w:sz="0" w:space="0" w:color="auto"/>
        <w:right w:val="none" w:sz="0" w:space="0" w:color="auto"/>
      </w:divBdr>
    </w:div>
    <w:div w:id="1302271802">
      <w:bodyDiv w:val="1"/>
      <w:marLeft w:val="0"/>
      <w:marRight w:val="0"/>
      <w:marTop w:val="0"/>
      <w:marBottom w:val="0"/>
      <w:divBdr>
        <w:top w:val="none" w:sz="0" w:space="0" w:color="auto"/>
        <w:left w:val="none" w:sz="0" w:space="0" w:color="auto"/>
        <w:bottom w:val="none" w:sz="0" w:space="0" w:color="auto"/>
        <w:right w:val="none" w:sz="0" w:space="0" w:color="auto"/>
      </w:divBdr>
    </w:div>
    <w:div w:id="1346244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pecial-course/" TargetMode="External"/><Relationship Id="rId3" Type="http://schemas.openxmlformats.org/officeDocument/2006/relationships/styles" Target="styles.xml"/><Relationship Id="rId7" Type="http://schemas.openxmlformats.org/officeDocument/2006/relationships/hyperlink" Target="http://scool-collection.edu.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ch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43731-5329-4AC2-B0CF-48297294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6049</Words>
  <Characters>34481</Characters>
  <Application>Microsoft Office Word</Application>
  <DocSecurity>0</DocSecurity>
  <Lines>287</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Windows User</cp:lastModifiedBy>
  <cp:revision>5</cp:revision>
  <dcterms:created xsi:type="dcterms:W3CDTF">2023-08-21T09:26:00Z</dcterms:created>
  <dcterms:modified xsi:type="dcterms:W3CDTF">2023-11-11T08:04:00Z</dcterms:modified>
</cp:coreProperties>
</file>